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D23CE" w14:textId="77777777" w:rsidR="00AB3581" w:rsidRPr="00E2695F" w:rsidRDefault="00000000">
      <w:pPr>
        <w:spacing w:before="1900"/>
        <w:jc w:val="center"/>
        <w:rPr>
          <w:color w:val="000000" w:themeColor="text1"/>
          <w:sz w:val="40"/>
          <w:szCs w:val="44"/>
        </w:rPr>
      </w:pPr>
      <w:r w:rsidRPr="00E2695F">
        <w:rPr>
          <w:b/>
          <w:color w:val="000000" w:themeColor="text1"/>
          <w:sz w:val="56"/>
          <w:szCs w:val="44"/>
        </w:rPr>
        <w:t>NEW LIFE CHRISTIAN ACADEMY</w:t>
      </w:r>
    </w:p>
    <w:p w14:paraId="22E3687C" w14:textId="77777777" w:rsidR="00AB3581" w:rsidRDefault="00000000">
      <w:pPr>
        <w:spacing w:before="320"/>
        <w:jc w:val="center"/>
      </w:pPr>
      <w:r>
        <w:rPr>
          <w:rFonts w:ascii="Aptos Display" w:hAnsi="Aptos Display"/>
          <w:b/>
          <w:color w:val="2D2D2D"/>
          <w:sz w:val="68"/>
        </w:rPr>
        <w:t>ATHLETIC</w:t>
      </w:r>
      <w:r>
        <w:rPr>
          <w:rFonts w:ascii="Aptos Display" w:hAnsi="Aptos Display"/>
          <w:b/>
          <w:color w:val="2D2D2D"/>
          <w:sz w:val="68"/>
        </w:rPr>
        <w:br/>
        <w:t>HANDBOOK</w:t>
      </w:r>
    </w:p>
    <w:p w14:paraId="092C1DF0" w14:textId="77777777" w:rsidR="00AB3581" w:rsidRPr="00E2695F" w:rsidRDefault="00000000">
      <w:pPr>
        <w:spacing w:before="440" w:after="360"/>
        <w:jc w:val="center"/>
        <w:rPr>
          <w:color w:val="000000" w:themeColor="text1"/>
        </w:rPr>
      </w:pPr>
      <w:r w:rsidRPr="00E2695F">
        <w:rPr>
          <w:i/>
          <w:color w:val="000000" w:themeColor="text1"/>
          <w:sz w:val="24"/>
        </w:rPr>
        <w:t>Character • Excellence • Sportsmanship • Service</w:t>
      </w:r>
    </w:p>
    <w:p w14:paraId="7C853F33" w14:textId="77777777" w:rsidR="00AB3581" w:rsidRPr="00E2695F" w:rsidRDefault="00000000">
      <w:pPr>
        <w:jc w:val="center"/>
        <w:rPr>
          <w:color w:val="000000" w:themeColor="text1"/>
        </w:rPr>
      </w:pPr>
      <w:r w:rsidRPr="00E2695F">
        <w:rPr>
          <w:color w:val="000000" w:themeColor="text1"/>
          <w:sz w:val="18"/>
        </w:rPr>
        <w:t>━━━━━━━━━━━━━━━━━━━━━━━━━━━━</w:t>
      </w:r>
    </w:p>
    <w:p w14:paraId="1ED67E84" w14:textId="77777777" w:rsidR="00AB3581" w:rsidRPr="00E2695F" w:rsidRDefault="00000000">
      <w:pPr>
        <w:spacing w:before="440"/>
        <w:jc w:val="center"/>
        <w:rPr>
          <w:color w:val="000000" w:themeColor="text1"/>
        </w:rPr>
      </w:pPr>
      <w:r w:rsidRPr="00E2695F">
        <w:rPr>
          <w:i/>
          <w:color w:val="000000" w:themeColor="text1"/>
          <w:sz w:val="22"/>
        </w:rPr>
        <w:t>“Whatever you do, work at it with all your heart, as working for the Lord, not for men.”</w:t>
      </w:r>
      <w:r w:rsidRPr="00E2695F">
        <w:rPr>
          <w:i/>
          <w:color w:val="000000" w:themeColor="text1"/>
          <w:sz w:val="22"/>
        </w:rPr>
        <w:br/>
        <w:t>Colossians 3:23</w:t>
      </w:r>
    </w:p>
    <w:p w14:paraId="25C05284" w14:textId="7E110A2C" w:rsidR="00AB3581" w:rsidRPr="00E2695F" w:rsidRDefault="00000000">
      <w:pPr>
        <w:spacing w:before="1520"/>
        <w:jc w:val="center"/>
        <w:rPr>
          <w:color w:val="000000" w:themeColor="text1"/>
        </w:rPr>
      </w:pPr>
      <w:r w:rsidRPr="00E2695F">
        <w:rPr>
          <w:color w:val="000000" w:themeColor="text1"/>
        </w:rPr>
        <w:br w:type="page"/>
      </w:r>
    </w:p>
    <w:p w14:paraId="5E2A4D25" w14:textId="77777777" w:rsidR="00AB3581" w:rsidRDefault="00000000">
      <w:pPr>
        <w:pStyle w:val="Heading1"/>
        <w:pBdr>
          <w:bottom w:val="single" w:sz="7" w:space="3" w:color="B0B0B0"/>
        </w:pBdr>
      </w:pPr>
      <w:r>
        <w:lastRenderedPageBreak/>
        <w:t>Purpose &amp; Athletic Philosophy</w:t>
      </w:r>
    </w:p>
    <w:p w14:paraId="17DE7151" w14:textId="77777777" w:rsidR="00AB3581" w:rsidRDefault="00000000">
      <w:r>
        <w:rPr>
          <w:b/>
        </w:rPr>
        <w:t xml:space="preserve">Purpose. </w:t>
      </w:r>
      <w:r>
        <w:t>The purpose of Athletics at New Life Christian Academy is to consistently portray the image of Christ with our God-given talents and abilities, encourage growth in the whole person, spiritually and physically, while building character and developing community.</w:t>
      </w:r>
    </w:p>
    <w:p w14:paraId="4BADE0FB" w14:textId="77777777" w:rsidR="00AB3581" w:rsidRDefault="00000000">
      <w:r>
        <w:rPr>
          <w:b/>
        </w:rPr>
        <w:t xml:space="preserve">Nondiscrimination. </w:t>
      </w:r>
      <w:r>
        <w:t>New Life Christian Academy does not discriminate on the basis of race, color, birth gender, ethnic origin or age in its employment or admissions.</w:t>
      </w:r>
    </w:p>
    <w:tbl>
      <w:tblPr>
        <w:tblW w:w="0" w:type="auto"/>
        <w:jc w:val="center"/>
        <w:tblLook w:val="04A0" w:firstRow="1" w:lastRow="0" w:firstColumn="1" w:lastColumn="0" w:noHBand="0" w:noVBand="1"/>
      </w:tblPr>
      <w:tblGrid>
        <w:gridCol w:w="10224"/>
      </w:tblGrid>
      <w:tr w:rsidR="00AB3581" w14:paraId="75DC7FE5" w14:textId="77777777">
        <w:trPr>
          <w:cantSplit/>
          <w:jc w:val="center"/>
        </w:trPr>
        <w:tc>
          <w:tcPr>
            <w:tcW w:w="10224" w:type="dxa"/>
            <w:shd w:val="clear" w:color="auto" w:fill="EFEFEF"/>
            <w:tcMar>
              <w:top w:w="140" w:type="dxa"/>
              <w:left w:w="160" w:type="dxa"/>
              <w:bottom w:w="140" w:type="dxa"/>
              <w:right w:w="160" w:type="dxa"/>
            </w:tcMar>
          </w:tcPr>
          <w:p w14:paraId="689CCBA2" w14:textId="77777777" w:rsidR="00AB3581" w:rsidRDefault="00000000">
            <w:r>
              <w:rPr>
                <w:b/>
                <w:color w:val="2D2D2D"/>
                <w:sz w:val="22"/>
              </w:rPr>
              <w:t>CHARACTER EDUCATION AND ATHLETICS</w:t>
            </w:r>
          </w:p>
          <w:p w14:paraId="623CE682" w14:textId="77777777" w:rsidR="00AB3581" w:rsidRDefault="00000000">
            <w:r>
              <w:t>We expect our student-athletes, parents, and coaches to exemplify the character of Christ as we compete in athletics. Student-athletes have both the privilege and responsibility of representing our school and are held to a higher standard of conduct that is glorifying to God, both in school and out of school.</w:t>
            </w:r>
          </w:p>
          <w:p w14:paraId="5563EF34" w14:textId="77777777" w:rsidR="00AB3581" w:rsidRDefault="00000000">
            <w:r>
              <w:rPr>
                <w:i/>
              </w:rPr>
              <w:t>“So that you may become blameless and pure, children of God without fault in a crooked and depraved generation, in which you shine like stars in the universe as you hold out the word of life.” — Philippians 2:15–16a</w:t>
            </w:r>
          </w:p>
        </w:tc>
      </w:tr>
    </w:tbl>
    <w:p w14:paraId="27236483" w14:textId="77777777" w:rsidR="00AB3581" w:rsidRDefault="00000000">
      <w:pPr>
        <w:pStyle w:val="Heading1"/>
        <w:pBdr>
          <w:bottom w:val="single" w:sz="7" w:space="3" w:color="B0B0B0"/>
        </w:pBdr>
      </w:pPr>
      <w:r>
        <w:t>Character Goals &amp; Expectations</w:t>
      </w:r>
    </w:p>
    <w:p w14:paraId="13D3B3DC" w14:textId="77777777" w:rsidR="00AB3581" w:rsidRDefault="00000000">
      <w:r>
        <w:t>The following character qualities are central to New Life Christian Academy Athletics. Our expectation is not perfection, but growth in conformity to Christ in visible and practical ways.</w:t>
      </w:r>
    </w:p>
    <w:tbl>
      <w:tblPr>
        <w:tblStyle w:val="TableGrid"/>
        <w:tblW w:w="0" w:type="auto"/>
        <w:jc w:val="center"/>
        <w:tblLook w:val="04A0" w:firstRow="1" w:lastRow="0" w:firstColumn="1" w:lastColumn="0" w:noHBand="0" w:noVBand="1"/>
      </w:tblPr>
      <w:tblGrid>
        <w:gridCol w:w="5112"/>
        <w:gridCol w:w="5112"/>
      </w:tblGrid>
      <w:tr w:rsidR="00AB3581" w14:paraId="1554EE22" w14:textId="77777777">
        <w:trPr>
          <w:cantSplit/>
          <w:tblHeader/>
          <w:jc w:val="center"/>
        </w:trPr>
        <w:tc>
          <w:tcPr>
            <w:tcW w:w="5112" w:type="dxa"/>
            <w:shd w:val="clear" w:color="auto" w:fill="3A3A3A"/>
            <w:tcMar>
              <w:top w:w="100" w:type="dxa"/>
              <w:left w:w="100" w:type="dxa"/>
              <w:bottom w:w="100" w:type="dxa"/>
              <w:right w:w="100" w:type="dxa"/>
            </w:tcMar>
            <w:vAlign w:val="center"/>
          </w:tcPr>
          <w:p w14:paraId="3BA7B03A" w14:textId="77777777" w:rsidR="00AB3581" w:rsidRDefault="00000000">
            <w:r>
              <w:rPr>
                <w:b/>
                <w:color w:val="FFFFFF"/>
                <w:sz w:val="19"/>
              </w:rPr>
              <w:t>Character Quality</w:t>
            </w:r>
          </w:p>
        </w:tc>
        <w:tc>
          <w:tcPr>
            <w:tcW w:w="5112" w:type="dxa"/>
            <w:shd w:val="clear" w:color="auto" w:fill="3A3A3A"/>
            <w:tcMar>
              <w:top w:w="100" w:type="dxa"/>
              <w:left w:w="100" w:type="dxa"/>
              <w:bottom w:w="100" w:type="dxa"/>
              <w:right w:w="100" w:type="dxa"/>
            </w:tcMar>
            <w:vAlign w:val="center"/>
          </w:tcPr>
          <w:p w14:paraId="2B20687B" w14:textId="77777777" w:rsidR="00AB3581" w:rsidRDefault="00000000">
            <w:r>
              <w:rPr>
                <w:b/>
                <w:color w:val="FFFFFF"/>
                <w:sz w:val="19"/>
              </w:rPr>
              <w:t>Expectation</w:t>
            </w:r>
          </w:p>
        </w:tc>
      </w:tr>
      <w:tr w:rsidR="00AB3581" w14:paraId="325D7126" w14:textId="77777777">
        <w:trPr>
          <w:cantSplit/>
          <w:jc w:val="center"/>
        </w:trPr>
        <w:tc>
          <w:tcPr>
            <w:tcW w:w="5112" w:type="dxa"/>
            <w:tcMar>
              <w:top w:w="90" w:type="dxa"/>
              <w:left w:w="100" w:type="dxa"/>
              <w:bottom w:w="90" w:type="dxa"/>
              <w:right w:w="100" w:type="dxa"/>
            </w:tcMar>
          </w:tcPr>
          <w:p w14:paraId="764051B6" w14:textId="77777777" w:rsidR="00AB3581" w:rsidRDefault="00000000">
            <w:r>
              <w:rPr>
                <w:b/>
                <w:sz w:val="18"/>
              </w:rPr>
              <w:t>Respect for Authority</w:t>
            </w:r>
          </w:p>
        </w:tc>
        <w:tc>
          <w:tcPr>
            <w:tcW w:w="5112" w:type="dxa"/>
            <w:tcMar>
              <w:top w:w="90" w:type="dxa"/>
              <w:left w:w="100" w:type="dxa"/>
              <w:bottom w:w="90" w:type="dxa"/>
              <w:right w:w="100" w:type="dxa"/>
            </w:tcMar>
          </w:tcPr>
          <w:p w14:paraId="1C8B9846" w14:textId="77777777" w:rsidR="00AB3581" w:rsidRDefault="00000000">
            <w:r>
              <w:rPr>
                <w:sz w:val="18"/>
              </w:rPr>
              <w:t>Obey and cooperate with your coach; honor the official. Recognize that they are placed in positions of authority and are owed your respect.</w:t>
            </w:r>
          </w:p>
        </w:tc>
      </w:tr>
      <w:tr w:rsidR="00AB3581" w14:paraId="0DF7FE70" w14:textId="77777777">
        <w:trPr>
          <w:cantSplit/>
          <w:jc w:val="center"/>
        </w:trPr>
        <w:tc>
          <w:tcPr>
            <w:tcW w:w="5112" w:type="dxa"/>
            <w:tcMar>
              <w:top w:w="90" w:type="dxa"/>
              <w:left w:w="100" w:type="dxa"/>
              <w:bottom w:w="90" w:type="dxa"/>
              <w:right w:w="100" w:type="dxa"/>
            </w:tcMar>
          </w:tcPr>
          <w:p w14:paraId="45CA8FBA" w14:textId="77777777" w:rsidR="00AB3581" w:rsidRDefault="00000000">
            <w:r>
              <w:rPr>
                <w:b/>
                <w:sz w:val="18"/>
              </w:rPr>
              <w:t>Humility</w:t>
            </w:r>
          </w:p>
        </w:tc>
        <w:tc>
          <w:tcPr>
            <w:tcW w:w="5112" w:type="dxa"/>
            <w:tcMar>
              <w:top w:w="90" w:type="dxa"/>
              <w:left w:w="100" w:type="dxa"/>
              <w:bottom w:w="90" w:type="dxa"/>
              <w:right w:w="100" w:type="dxa"/>
            </w:tcMar>
          </w:tcPr>
          <w:p w14:paraId="06F8B302" w14:textId="77777777" w:rsidR="00AB3581" w:rsidRDefault="00000000">
            <w:r>
              <w:rPr>
                <w:sz w:val="18"/>
              </w:rPr>
              <w:t>Do not boast or act proud. Recognize that God is ultimately responsible for your abilities and successes.</w:t>
            </w:r>
          </w:p>
        </w:tc>
      </w:tr>
      <w:tr w:rsidR="00AB3581" w14:paraId="3FA157E4" w14:textId="77777777">
        <w:trPr>
          <w:cantSplit/>
          <w:jc w:val="center"/>
        </w:trPr>
        <w:tc>
          <w:tcPr>
            <w:tcW w:w="5112" w:type="dxa"/>
            <w:tcMar>
              <w:top w:w="90" w:type="dxa"/>
              <w:left w:w="100" w:type="dxa"/>
              <w:bottom w:w="90" w:type="dxa"/>
              <w:right w:w="100" w:type="dxa"/>
            </w:tcMar>
          </w:tcPr>
          <w:p w14:paraId="7DE8D6B1" w14:textId="77777777" w:rsidR="00AB3581" w:rsidRDefault="00000000">
            <w:r>
              <w:rPr>
                <w:b/>
                <w:sz w:val="18"/>
              </w:rPr>
              <w:t>Endurance</w:t>
            </w:r>
          </w:p>
        </w:tc>
        <w:tc>
          <w:tcPr>
            <w:tcW w:w="5112" w:type="dxa"/>
            <w:tcMar>
              <w:top w:w="90" w:type="dxa"/>
              <w:left w:w="100" w:type="dxa"/>
              <w:bottom w:w="90" w:type="dxa"/>
              <w:right w:w="100" w:type="dxa"/>
            </w:tcMar>
          </w:tcPr>
          <w:p w14:paraId="6881337E" w14:textId="77777777" w:rsidR="00AB3581" w:rsidRDefault="00000000">
            <w:r>
              <w:rPr>
                <w:sz w:val="18"/>
              </w:rPr>
              <w:t>Persevere in the face of pressure, hard work, and discouragement. Keep your eyes fixed on the higher goals. Do not quit or let up.</w:t>
            </w:r>
          </w:p>
        </w:tc>
      </w:tr>
      <w:tr w:rsidR="00AB3581" w14:paraId="7C6E2A40" w14:textId="77777777">
        <w:trPr>
          <w:cantSplit/>
          <w:jc w:val="center"/>
        </w:trPr>
        <w:tc>
          <w:tcPr>
            <w:tcW w:w="5112" w:type="dxa"/>
            <w:tcMar>
              <w:top w:w="90" w:type="dxa"/>
              <w:left w:w="100" w:type="dxa"/>
              <w:bottom w:w="90" w:type="dxa"/>
              <w:right w:w="100" w:type="dxa"/>
            </w:tcMar>
          </w:tcPr>
          <w:p w14:paraId="2BB5ADFB" w14:textId="77777777" w:rsidR="00AB3581" w:rsidRDefault="00000000">
            <w:r>
              <w:rPr>
                <w:b/>
                <w:sz w:val="18"/>
              </w:rPr>
              <w:t>Intensity</w:t>
            </w:r>
          </w:p>
        </w:tc>
        <w:tc>
          <w:tcPr>
            <w:tcW w:w="5112" w:type="dxa"/>
            <w:tcMar>
              <w:top w:w="90" w:type="dxa"/>
              <w:left w:w="100" w:type="dxa"/>
              <w:bottom w:w="90" w:type="dxa"/>
              <w:right w:w="100" w:type="dxa"/>
            </w:tcMar>
          </w:tcPr>
          <w:p w14:paraId="73E03C17" w14:textId="77777777" w:rsidR="00AB3581" w:rsidRDefault="00000000">
            <w:r>
              <w:rPr>
                <w:sz w:val="18"/>
              </w:rPr>
              <w:t>Play on the edge of your limits. Give everything you have, focus on the task at hand, and strive for excellence rather than mediocrity.</w:t>
            </w:r>
          </w:p>
        </w:tc>
      </w:tr>
      <w:tr w:rsidR="00AB3581" w14:paraId="2B4B2551" w14:textId="77777777">
        <w:trPr>
          <w:cantSplit/>
          <w:jc w:val="center"/>
        </w:trPr>
        <w:tc>
          <w:tcPr>
            <w:tcW w:w="5112" w:type="dxa"/>
            <w:tcMar>
              <w:top w:w="90" w:type="dxa"/>
              <w:left w:w="100" w:type="dxa"/>
              <w:bottom w:w="90" w:type="dxa"/>
              <w:right w:w="100" w:type="dxa"/>
            </w:tcMar>
          </w:tcPr>
          <w:p w14:paraId="2957C8AC" w14:textId="77777777" w:rsidR="00AB3581" w:rsidRDefault="00000000">
            <w:r>
              <w:rPr>
                <w:b/>
                <w:sz w:val="18"/>
              </w:rPr>
              <w:t>Enthusiasm</w:t>
            </w:r>
          </w:p>
        </w:tc>
        <w:tc>
          <w:tcPr>
            <w:tcW w:w="5112" w:type="dxa"/>
            <w:tcMar>
              <w:top w:w="90" w:type="dxa"/>
              <w:left w:w="100" w:type="dxa"/>
              <w:bottom w:w="90" w:type="dxa"/>
              <w:right w:w="100" w:type="dxa"/>
            </w:tcMar>
          </w:tcPr>
          <w:p w14:paraId="27BA25DC" w14:textId="77777777" w:rsidR="00AB3581" w:rsidRDefault="00000000">
            <w:r>
              <w:rPr>
                <w:sz w:val="18"/>
              </w:rPr>
              <w:t>Carry out each task promptly and eagerly. Enjoy the game.</w:t>
            </w:r>
          </w:p>
        </w:tc>
      </w:tr>
      <w:tr w:rsidR="00AB3581" w14:paraId="155FC1B9" w14:textId="77777777">
        <w:trPr>
          <w:cantSplit/>
          <w:jc w:val="center"/>
        </w:trPr>
        <w:tc>
          <w:tcPr>
            <w:tcW w:w="5112" w:type="dxa"/>
            <w:tcMar>
              <w:top w:w="90" w:type="dxa"/>
              <w:left w:w="100" w:type="dxa"/>
              <w:bottom w:w="90" w:type="dxa"/>
              <w:right w:w="100" w:type="dxa"/>
            </w:tcMar>
          </w:tcPr>
          <w:p w14:paraId="7CE35755" w14:textId="77777777" w:rsidR="00AB3581" w:rsidRDefault="00000000">
            <w:r>
              <w:rPr>
                <w:b/>
                <w:sz w:val="18"/>
              </w:rPr>
              <w:t>Faith</w:t>
            </w:r>
          </w:p>
        </w:tc>
        <w:tc>
          <w:tcPr>
            <w:tcW w:w="5112" w:type="dxa"/>
            <w:tcMar>
              <w:top w:w="90" w:type="dxa"/>
              <w:left w:w="100" w:type="dxa"/>
              <w:bottom w:w="90" w:type="dxa"/>
              <w:right w:w="100" w:type="dxa"/>
            </w:tcMar>
          </w:tcPr>
          <w:p w14:paraId="389A5FF3" w14:textId="77777777" w:rsidR="00AB3581" w:rsidRDefault="00000000">
            <w:r>
              <w:rPr>
                <w:sz w:val="18"/>
              </w:rPr>
              <w:t>Show that you know the Lord is in control of every situation and is carrying out His will in your life—even when things do not seem to go your way.</w:t>
            </w:r>
          </w:p>
        </w:tc>
      </w:tr>
      <w:tr w:rsidR="00AB3581" w14:paraId="2CDF0097" w14:textId="77777777">
        <w:trPr>
          <w:cantSplit/>
          <w:jc w:val="center"/>
        </w:trPr>
        <w:tc>
          <w:tcPr>
            <w:tcW w:w="5112" w:type="dxa"/>
            <w:tcMar>
              <w:top w:w="90" w:type="dxa"/>
              <w:left w:w="100" w:type="dxa"/>
              <w:bottom w:w="90" w:type="dxa"/>
              <w:right w:w="100" w:type="dxa"/>
            </w:tcMar>
          </w:tcPr>
          <w:p w14:paraId="1597A4E2" w14:textId="77777777" w:rsidR="00AB3581" w:rsidRDefault="00000000">
            <w:r>
              <w:rPr>
                <w:b/>
                <w:sz w:val="18"/>
              </w:rPr>
              <w:t>Respect for the Opposition</w:t>
            </w:r>
          </w:p>
        </w:tc>
        <w:tc>
          <w:tcPr>
            <w:tcW w:w="5112" w:type="dxa"/>
            <w:tcMar>
              <w:top w:w="90" w:type="dxa"/>
              <w:left w:w="100" w:type="dxa"/>
              <w:bottom w:w="90" w:type="dxa"/>
              <w:right w:w="100" w:type="dxa"/>
            </w:tcMar>
          </w:tcPr>
          <w:p w14:paraId="759D414C" w14:textId="77777777" w:rsidR="00AB3581" w:rsidRDefault="00000000">
            <w:r>
              <w:rPr>
                <w:sz w:val="18"/>
              </w:rPr>
              <w:t>Be courteous and give your opponent your best effort regardless of the score. Commend excellence and shake hands.</w:t>
            </w:r>
          </w:p>
        </w:tc>
      </w:tr>
      <w:tr w:rsidR="00AB3581" w14:paraId="50B5CF0E" w14:textId="77777777">
        <w:trPr>
          <w:cantSplit/>
          <w:jc w:val="center"/>
        </w:trPr>
        <w:tc>
          <w:tcPr>
            <w:tcW w:w="5112" w:type="dxa"/>
            <w:tcMar>
              <w:top w:w="90" w:type="dxa"/>
              <w:left w:w="100" w:type="dxa"/>
              <w:bottom w:w="90" w:type="dxa"/>
              <w:right w:w="100" w:type="dxa"/>
            </w:tcMar>
          </w:tcPr>
          <w:p w14:paraId="02265DA0" w14:textId="77777777" w:rsidR="00AB3581" w:rsidRDefault="00000000">
            <w:r>
              <w:rPr>
                <w:b/>
                <w:sz w:val="18"/>
              </w:rPr>
              <w:lastRenderedPageBreak/>
              <w:t>Responsibility</w:t>
            </w:r>
          </w:p>
        </w:tc>
        <w:tc>
          <w:tcPr>
            <w:tcW w:w="5112" w:type="dxa"/>
            <w:tcMar>
              <w:top w:w="90" w:type="dxa"/>
              <w:left w:w="100" w:type="dxa"/>
              <w:bottom w:w="90" w:type="dxa"/>
              <w:right w:w="100" w:type="dxa"/>
            </w:tcMar>
          </w:tcPr>
          <w:p w14:paraId="14E28284" w14:textId="77777777" w:rsidR="00AB3581" w:rsidRDefault="00000000">
            <w:r>
              <w:rPr>
                <w:sz w:val="18"/>
              </w:rPr>
              <w:t>Be where you need to be when you need to be there. Do what is expected even without direct supervision. Make wise decisions on your own initiative.</w:t>
            </w:r>
          </w:p>
        </w:tc>
      </w:tr>
      <w:tr w:rsidR="00AB3581" w14:paraId="3785D887" w14:textId="77777777">
        <w:trPr>
          <w:cantSplit/>
          <w:jc w:val="center"/>
        </w:trPr>
        <w:tc>
          <w:tcPr>
            <w:tcW w:w="5112" w:type="dxa"/>
            <w:tcMar>
              <w:top w:w="90" w:type="dxa"/>
              <w:left w:w="100" w:type="dxa"/>
              <w:bottom w:w="90" w:type="dxa"/>
              <w:right w:w="100" w:type="dxa"/>
            </w:tcMar>
          </w:tcPr>
          <w:p w14:paraId="69D53967" w14:textId="77777777" w:rsidR="00AB3581" w:rsidRDefault="00000000">
            <w:r>
              <w:rPr>
                <w:b/>
                <w:sz w:val="18"/>
              </w:rPr>
              <w:t>Integrity</w:t>
            </w:r>
          </w:p>
        </w:tc>
        <w:tc>
          <w:tcPr>
            <w:tcW w:w="5112" w:type="dxa"/>
            <w:tcMar>
              <w:top w:w="90" w:type="dxa"/>
              <w:left w:w="100" w:type="dxa"/>
              <w:bottom w:w="90" w:type="dxa"/>
              <w:right w:w="100" w:type="dxa"/>
            </w:tcMar>
          </w:tcPr>
          <w:p w14:paraId="34082525" w14:textId="77777777" w:rsidR="00AB3581" w:rsidRDefault="00000000">
            <w:r>
              <w:rPr>
                <w:sz w:val="18"/>
              </w:rPr>
              <w:t>Be honest and trustworthy. Play by the rules and demonstrate fair play that comes from a commitment to truth.</w:t>
            </w:r>
          </w:p>
        </w:tc>
      </w:tr>
      <w:tr w:rsidR="00AB3581" w14:paraId="5B7C1117" w14:textId="77777777">
        <w:trPr>
          <w:cantSplit/>
          <w:jc w:val="center"/>
        </w:trPr>
        <w:tc>
          <w:tcPr>
            <w:tcW w:w="5112" w:type="dxa"/>
            <w:tcMar>
              <w:top w:w="90" w:type="dxa"/>
              <w:left w:w="100" w:type="dxa"/>
              <w:bottom w:w="90" w:type="dxa"/>
              <w:right w:w="100" w:type="dxa"/>
            </w:tcMar>
          </w:tcPr>
          <w:p w14:paraId="24D095F3" w14:textId="77777777" w:rsidR="00AB3581" w:rsidRDefault="00000000">
            <w:r>
              <w:rPr>
                <w:b/>
                <w:sz w:val="18"/>
              </w:rPr>
              <w:t>Teamwork</w:t>
            </w:r>
          </w:p>
        </w:tc>
        <w:tc>
          <w:tcPr>
            <w:tcW w:w="5112" w:type="dxa"/>
            <w:tcMar>
              <w:top w:w="90" w:type="dxa"/>
              <w:left w:w="100" w:type="dxa"/>
              <w:bottom w:w="90" w:type="dxa"/>
              <w:right w:w="100" w:type="dxa"/>
            </w:tcMar>
          </w:tcPr>
          <w:p w14:paraId="71155C1F" w14:textId="77777777" w:rsidR="00AB3581" w:rsidRDefault="00000000">
            <w:r>
              <w:rPr>
                <w:sz w:val="18"/>
              </w:rPr>
              <w:t>Do not be selfish. Conform personal goals to team goals, encourage teammates, and stand with them when they struggle.</w:t>
            </w:r>
          </w:p>
        </w:tc>
      </w:tr>
      <w:tr w:rsidR="00AB3581" w14:paraId="75D5F9E8" w14:textId="77777777">
        <w:trPr>
          <w:cantSplit/>
          <w:jc w:val="center"/>
        </w:trPr>
        <w:tc>
          <w:tcPr>
            <w:tcW w:w="5112" w:type="dxa"/>
            <w:tcMar>
              <w:top w:w="90" w:type="dxa"/>
              <w:left w:w="100" w:type="dxa"/>
              <w:bottom w:w="90" w:type="dxa"/>
              <w:right w:w="100" w:type="dxa"/>
            </w:tcMar>
          </w:tcPr>
          <w:p w14:paraId="41A8748D" w14:textId="77777777" w:rsidR="00AB3581" w:rsidRDefault="00000000">
            <w:r>
              <w:rPr>
                <w:b/>
                <w:sz w:val="18"/>
              </w:rPr>
              <w:t>Servanthood</w:t>
            </w:r>
          </w:p>
        </w:tc>
        <w:tc>
          <w:tcPr>
            <w:tcW w:w="5112" w:type="dxa"/>
            <w:tcMar>
              <w:top w:w="90" w:type="dxa"/>
              <w:left w:w="100" w:type="dxa"/>
              <w:bottom w:w="90" w:type="dxa"/>
              <w:right w:w="100" w:type="dxa"/>
            </w:tcMar>
          </w:tcPr>
          <w:p w14:paraId="768C0CDA" w14:textId="77777777" w:rsidR="00AB3581" w:rsidRDefault="00000000">
            <w:r>
              <w:rPr>
                <w:sz w:val="18"/>
              </w:rPr>
              <w:t>Look for ways to serve your teammates, your coach, and your school. Remember Jesus’ example.</w:t>
            </w:r>
          </w:p>
        </w:tc>
      </w:tr>
      <w:tr w:rsidR="00AB3581" w14:paraId="56D5F5DB" w14:textId="77777777">
        <w:trPr>
          <w:cantSplit/>
          <w:jc w:val="center"/>
        </w:trPr>
        <w:tc>
          <w:tcPr>
            <w:tcW w:w="5112" w:type="dxa"/>
            <w:tcMar>
              <w:top w:w="90" w:type="dxa"/>
              <w:left w:w="100" w:type="dxa"/>
              <w:bottom w:w="90" w:type="dxa"/>
              <w:right w:w="100" w:type="dxa"/>
            </w:tcMar>
          </w:tcPr>
          <w:p w14:paraId="2CE13D15" w14:textId="77777777" w:rsidR="00AB3581" w:rsidRDefault="00000000">
            <w:r>
              <w:rPr>
                <w:b/>
                <w:sz w:val="18"/>
              </w:rPr>
              <w:t>Self-Control</w:t>
            </w:r>
          </w:p>
        </w:tc>
        <w:tc>
          <w:tcPr>
            <w:tcW w:w="5112" w:type="dxa"/>
            <w:tcMar>
              <w:top w:w="90" w:type="dxa"/>
              <w:left w:w="100" w:type="dxa"/>
              <w:bottom w:w="90" w:type="dxa"/>
              <w:right w:w="100" w:type="dxa"/>
            </w:tcMar>
          </w:tcPr>
          <w:p w14:paraId="57F11596" w14:textId="77777777" w:rsidR="00AB3581" w:rsidRDefault="00000000">
            <w:r>
              <w:rPr>
                <w:sz w:val="18"/>
              </w:rPr>
              <w:t>Know how you tend to respond under stress. Recognize areas of weakness and train yourself to respond in a godly way.</w:t>
            </w:r>
          </w:p>
        </w:tc>
      </w:tr>
    </w:tbl>
    <w:p w14:paraId="6945AEA5" w14:textId="77777777" w:rsidR="00AB3581" w:rsidRDefault="00000000">
      <w:pPr>
        <w:pStyle w:val="Heading1"/>
        <w:pBdr>
          <w:bottom w:val="single" w:sz="7" w:space="3" w:color="B0B0B0"/>
        </w:pBdr>
      </w:pPr>
      <w:r>
        <w:t>Student-Athlete Code of Conduct</w:t>
      </w:r>
    </w:p>
    <w:p w14:paraId="3149D2D9" w14:textId="77777777" w:rsidR="00AB3581" w:rsidRDefault="00000000">
      <w:pPr>
        <w:pStyle w:val="Heading2"/>
      </w:pPr>
      <w:r>
        <w:t>Speech</w:t>
      </w:r>
    </w:p>
    <w:p w14:paraId="782A9FAD" w14:textId="77777777" w:rsidR="00AB3581" w:rsidRDefault="00000000">
      <w:r>
        <w:rPr>
          <w:i/>
        </w:rPr>
        <w:t>Proverbs 16:23 — “A wise man’s heart guides his mouth, and his lips promote instruction.”</w:t>
      </w:r>
    </w:p>
    <w:p w14:paraId="163CAFAE" w14:textId="77777777" w:rsidR="00AB3581" w:rsidRDefault="00000000">
      <w:pPr>
        <w:spacing w:after="60"/>
        <w:ind w:left="403" w:hanging="317"/>
      </w:pPr>
      <w:r>
        <w:t>1.  Choose words and timing wisely. Questionable language or slang words will not be tolerated. Student-athletes will not engage in trash talking or profanity.</w:t>
      </w:r>
    </w:p>
    <w:p w14:paraId="312C550B" w14:textId="77777777" w:rsidR="00AB3581" w:rsidRDefault="00000000">
      <w:pPr>
        <w:spacing w:after="60"/>
        <w:ind w:left="403" w:hanging="317"/>
      </w:pPr>
      <w:r>
        <w:t>2.  Address coaches and officials with respect. Coaches should be addressed as “Coach” or “Mr., Miss, or Mrs.” Concerns or complaints should be taken directly to the coach. Officials should be addressed as “Sir” or “Ma’am.” Insubordination and divisive speech or behavior will not be tolerated.</w:t>
      </w:r>
    </w:p>
    <w:p w14:paraId="0CC74EA2" w14:textId="77777777" w:rsidR="00AB3581" w:rsidRDefault="00000000">
      <w:pPr>
        <w:spacing w:after="60"/>
        <w:ind w:left="403" w:hanging="317"/>
      </w:pPr>
      <w:r>
        <w:t>3.  Never criticize officials or coaches. Coaches and officials represent authority figures. Obedience to authority is not optional and is not based on whether or not you agree. The policy teaches that all authority is God-given and that disobedience to authority is disobedience to God.</w:t>
      </w:r>
    </w:p>
    <w:p w14:paraId="552042D7" w14:textId="77777777" w:rsidR="00AB3581" w:rsidRDefault="00000000">
      <w:pPr>
        <w:pStyle w:val="Heading2"/>
      </w:pPr>
      <w:r>
        <w:t>Unity</w:t>
      </w:r>
    </w:p>
    <w:p w14:paraId="51B10F77" w14:textId="77777777" w:rsidR="00AB3581" w:rsidRDefault="00000000">
      <w:r>
        <w:rPr>
          <w:i/>
        </w:rPr>
        <w:t>1 Corinthians 12:12 — “For as the body is one and has many members, but all the members of that one body, being many, are one body, so also is Christ.”</w:t>
      </w:r>
    </w:p>
    <w:p w14:paraId="10AB2E83" w14:textId="77777777" w:rsidR="00AB3581" w:rsidRDefault="00000000">
      <w:pPr>
        <w:spacing w:after="60"/>
        <w:ind w:left="403" w:hanging="317"/>
      </w:pPr>
      <w:r>
        <w:t>1.  Develop unity within your team. Work toward the team’s success without seeking personal credit.</w:t>
      </w:r>
    </w:p>
    <w:p w14:paraId="122408BF" w14:textId="77777777" w:rsidR="00AB3581" w:rsidRDefault="00000000">
      <w:pPr>
        <w:spacing w:after="60"/>
        <w:ind w:left="403" w:hanging="317"/>
      </w:pPr>
      <w:r>
        <w:t>2.  Develop unity with our school family. Each person has different responsibilities, abilities, and roles. Fulfill your role without jealousy or envy.</w:t>
      </w:r>
    </w:p>
    <w:p w14:paraId="0B7040DC" w14:textId="77777777" w:rsidR="00AB3581" w:rsidRDefault="00000000">
      <w:pPr>
        <w:spacing w:after="60"/>
        <w:ind w:left="403" w:hanging="317"/>
      </w:pPr>
      <w:r>
        <w:t>3.  Develop unity within the Kingdom. Pray for other Christian schools and recognize that their success can also further the Kingdom of God.</w:t>
      </w:r>
    </w:p>
    <w:p w14:paraId="6C74F79C" w14:textId="77777777" w:rsidR="00AB3581" w:rsidRDefault="00000000">
      <w:pPr>
        <w:pStyle w:val="Heading2"/>
      </w:pPr>
      <w:r>
        <w:t>Motives</w:t>
      </w:r>
    </w:p>
    <w:p w14:paraId="5E4C04A5" w14:textId="77777777" w:rsidR="00AB3581" w:rsidRDefault="00000000">
      <w:r>
        <w:rPr>
          <w:i/>
        </w:rPr>
        <w:t>1 Corinthians 10:31 — “…whatever you do, do it all for the glory of God.”</w:t>
      </w:r>
    </w:p>
    <w:p w14:paraId="255B1A37" w14:textId="77777777" w:rsidR="00AB3581" w:rsidRDefault="00000000">
      <w:pPr>
        <w:spacing w:after="60"/>
        <w:ind w:left="403" w:hanging="317"/>
      </w:pPr>
      <w:r>
        <w:t>1.  Be motivated by the love of God. Live for Him because He gave His life for us.</w:t>
      </w:r>
    </w:p>
    <w:p w14:paraId="33097584" w14:textId="77777777" w:rsidR="00AB3581" w:rsidRDefault="00000000">
      <w:pPr>
        <w:spacing w:after="60"/>
        <w:ind w:left="403" w:hanging="317"/>
      </w:pPr>
      <w:r>
        <w:t>2.  Strive for victory in order to glorify God. Athletics is a means to an end and not the end itself.</w:t>
      </w:r>
    </w:p>
    <w:p w14:paraId="0CEE1203" w14:textId="77777777" w:rsidR="00AB3581" w:rsidRDefault="00000000">
      <w:pPr>
        <w:spacing w:after="60"/>
        <w:ind w:left="403" w:hanging="317"/>
      </w:pPr>
      <w:r>
        <w:t>3.  Demonstrate Christ by abiding by the rules of the game in both letter and spirit. Unfair gamesmanship will not be tolerated.</w:t>
      </w:r>
    </w:p>
    <w:p w14:paraId="2435B464" w14:textId="77777777" w:rsidR="00AB3581" w:rsidRDefault="00000000">
      <w:pPr>
        <w:spacing w:after="60"/>
        <w:ind w:left="403" w:hanging="317"/>
      </w:pPr>
      <w:r>
        <w:lastRenderedPageBreak/>
        <w:t>4.  Be committed to excellence in faith, practice, academics, and game preparation. “Commit your works to the Lord, and your thoughts will be established.” — Proverbs 16:3</w:t>
      </w:r>
    </w:p>
    <w:p w14:paraId="3B5615C1" w14:textId="77777777" w:rsidR="00AB3581" w:rsidRDefault="00000000">
      <w:pPr>
        <w:spacing w:after="60"/>
        <w:ind w:left="403" w:hanging="317"/>
      </w:pPr>
      <w:r>
        <w:t>5.  Play and act like a CHAMPION!</w:t>
      </w:r>
    </w:p>
    <w:p w14:paraId="708D5425" w14:textId="77777777" w:rsidR="00AB3581" w:rsidRDefault="00000000">
      <w:pPr>
        <w:pStyle w:val="Heading2"/>
      </w:pPr>
      <w:r>
        <w:t>Behavior</w:t>
      </w:r>
    </w:p>
    <w:p w14:paraId="78E1F0C5" w14:textId="77777777" w:rsidR="00AB3581" w:rsidRDefault="00000000">
      <w:r>
        <w:rPr>
          <w:i/>
        </w:rPr>
        <w:t>1 John 2:6 — “Whoever claims to live in him must walk as Jesus did.”</w:t>
      </w:r>
    </w:p>
    <w:p w14:paraId="0EDEB3F9" w14:textId="77777777" w:rsidR="00AB3581" w:rsidRDefault="00000000">
      <w:pPr>
        <w:spacing w:after="60"/>
        <w:ind w:left="403" w:hanging="317"/>
      </w:pPr>
      <w:r>
        <w:t>1.  Maintain a good reputation and good standing with the administration, faculty, and staff. Refrain from profanity, suggestive or threatening language, or innuendos. Student-athletes will not be under the influence of, possess, or sell alcohol, tobacco, or illegal drugs. Any student suspended for illegal use of alcohol, illegal drugs, or tobacco will be ineligible for the next two scheduled athletic contests. Student-athletes will not be involved in immoral sexual activity or possess pornography or illicit pictures or literature.</w:t>
      </w:r>
    </w:p>
    <w:p w14:paraId="10AB1B6C" w14:textId="77777777" w:rsidR="00AB3581" w:rsidRDefault="00000000">
      <w:pPr>
        <w:spacing w:after="60"/>
        <w:ind w:left="403" w:hanging="317"/>
      </w:pPr>
      <w:r>
        <w:t>2.  Meet all eligibility requirements.</w:t>
      </w:r>
    </w:p>
    <w:p w14:paraId="0F47A80C" w14:textId="77777777" w:rsidR="00AB3581" w:rsidRDefault="00000000">
      <w:pPr>
        <w:spacing w:after="60"/>
        <w:ind w:left="403" w:hanging="317"/>
      </w:pPr>
      <w:r>
        <w:t>3.  Know and understand all requirements and team expectations, and follow them both in action and in spirit.</w:t>
      </w:r>
    </w:p>
    <w:p w14:paraId="4B069579" w14:textId="77777777" w:rsidR="00AB3581" w:rsidRDefault="00000000">
      <w:pPr>
        <w:spacing w:after="60"/>
        <w:ind w:left="403" w:hanging="317"/>
      </w:pPr>
      <w:r>
        <w:t>4.  Show respect for all coaches and staff personnel, including game plans, methods, and philosophies.</w:t>
      </w:r>
    </w:p>
    <w:p w14:paraId="56A116E0" w14:textId="77777777" w:rsidR="00AB3581" w:rsidRDefault="00000000">
      <w:pPr>
        <w:spacing w:after="60"/>
        <w:ind w:left="403" w:hanging="317"/>
      </w:pPr>
      <w:r>
        <w:t>5.  Show respect for teammates. Attend all practices, meetings, and games as prescribed at the beginning of the season and work together toward a common goal. Help hold teammates accountable for their actions.</w:t>
      </w:r>
    </w:p>
    <w:p w14:paraId="7CF779FF" w14:textId="77777777" w:rsidR="00AB3581" w:rsidRDefault="00000000">
      <w:pPr>
        <w:spacing w:after="60"/>
        <w:ind w:left="403" w:hanging="317"/>
      </w:pPr>
      <w:r>
        <w:t>6.  Maintain a high standard of appearance. Follow the school dress code and team dress and uniform code while at school and on any school trip.</w:t>
      </w:r>
    </w:p>
    <w:p w14:paraId="3D1017AF" w14:textId="77777777" w:rsidR="00AB3581" w:rsidRDefault="00000000">
      <w:pPr>
        <w:spacing w:after="60"/>
        <w:ind w:left="403" w:hanging="317"/>
      </w:pPr>
      <w:r>
        <w:t>7.  Demonstrate Christ-like character in and out of the arena, showing respect in speech and actions for game officials, opponents, and all those associated with our opponents.</w:t>
      </w:r>
    </w:p>
    <w:p w14:paraId="2D696B91" w14:textId="77777777" w:rsidR="00AB3581" w:rsidRDefault="00000000">
      <w:pPr>
        <w:spacing w:after="60"/>
        <w:ind w:left="403" w:hanging="317"/>
      </w:pPr>
      <w:r>
        <w:t>8.  Never engage in fighting. Maintain self-control at all times. Unsportsmanlike conduct, penalties, and technical fouls will not be tolerated and may result in penalties including suspension or dismissal from the team.</w:t>
      </w:r>
    </w:p>
    <w:p w14:paraId="40506F18" w14:textId="77777777" w:rsidR="00AB3581" w:rsidRDefault="00000000">
      <w:pPr>
        <w:spacing w:after="60"/>
        <w:ind w:left="403" w:hanging="317"/>
      </w:pPr>
      <w:r>
        <w:t>9.  Know and understand our philosophy. Remember that speech and actions represent the student-athlete, family, school, church, and ultimately Jesus Christ.</w:t>
      </w:r>
    </w:p>
    <w:p w14:paraId="68C2C841" w14:textId="77777777" w:rsidR="00AB3581" w:rsidRDefault="00000000">
      <w:pPr>
        <w:pStyle w:val="Heading1"/>
        <w:pBdr>
          <w:bottom w:val="single" w:sz="7" w:space="3" w:color="B0B0B0"/>
        </w:pBdr>
      </w:pPr>
      <w:r>
        <w:t>Sportsmanship Standards</w:t>
      </w:r>
    </w:p>
    <w:p w14:paraId="13894BF8" w14:textId="77777777" w:rsidR="00AB3581" w:rsidRDefault="00000000">
      <w:r>
        <w:rPr>
          <w:i/>
        </w:rPr>
        <w:t>“Whether therefore you eat or drink, or whatever you do, do all to the glory of God.” — 1 Corinthians 10:31</w:t>
      </w:r>
    </w:p>
    <w:p w14:paraId="15342138" w14:textId="77777777" w:rsidR="00AB3581" w:rsidRDefault="00000000">
      <w:r>
        <w:t>Athletics can be used to develop positive qualities in student-athletes, parents, coaches, and spectators. New Life Christian Academy expects a Christ-like testimony throughout competition.</w:t>
      </w:r>
    </w:p>
    <w:p w14:paraId="0BEB16B2" w14:textId="77777777" w:rsidR="00AB3581" w:rsidRDefault="00000000">
      <w:pPr>
        <w:pStyle w:val="Heading2"/>
      </w:pPr>
      <w:r>
        <w:t>For Coaches</w:t>
      </w:r>
    </w:p>
    <w:p w14:paraId="54D26ABA" w14:textId="77777777" w:rsidR="00AB3581" w:rsidRDefault="00000000">
      <w:pPr>
        <w:pStyle w:val="ListBullet"/>
      </w:pPr>
      <w:r>
        <w:t>Exemplify godly character, behavior, and leadership at all times.</w:t>
      </w:r>
    </w:p>
    <w:p w14:paraId="27554706" w14:textId="77777777" w:rsidR="00AB3581" w:rsidRDefault="00000000">
      <w:pPr>
        <w:pStyle w:val="ListBullet"/>
      </w:pPr>
      <w:r>
        <w:t>Respect the integrity and personality of each student-athlete.</w:t>
      </w:r>
    </w:p>
    <w:p w14:paraId="0D9288C6" w14:textId="77777777" w:rsidR="00AB3581" w:rsidRDefault="00000000">
      <w:pPr>
        <w:pStyle w:val="ListBullet"/>
      </w:pPr>
      <w:r>
        <w:t>Abide by and teach the rules of the game in letter and spirit.</w:t>
      </w:r>
    </w:p>
    <w:p w14:paraId="4995D45E" w14:textId="77777777" w:rsidR="00AB3581" w:rsidRDefault="00000000">
      <w:pPr>
        <w:pStyle w:val="ListBullet"/>
      </w:pPr>
      <w:r>
        <w:t>Display modesty in victory and graciousness in defeat.</w:t>
      </w:r>
    </w:p>
    <w:p w14:paraId="1400FC15" w14:textId="77777777" w:rsidR="00AB3581" w:rsidRDefault="00000000">
      <w:pPr>
        <w:pStyle w:val="ListBullet"/>
      </w:pPr>
      <w:r>
        <w:t>Respect the integrity, judgment, and authority of officials.</w:t>
      </w:r>
    </w:p>
    <w:p w14:paraId="04D3749E" w14:textId="77777777" w:rsidR="00AB3581" w:rsidRDefault="00000000">
      <w:pPr>
        <w:pStyle w:val="Heading2"/>
      </w:pPr>
      <w:r>
        <w:t>For Student-Athletes</w:t>
      </w:r>
    </w:p>
    <w:p w14:paraId="3F2D93B6" w14:textId="77777777" w:rsidR="00AB3581" w:rsidRDefault="00000000">
      <w:pPr>
        <w:pStyle w:val="ListBullet"/>
      </w:pPr>
      <w:r>
        <w:t>Accept the responsibility of representing New Life Christian Academy.</w:t>
      </w:r>
    </w:p>
    <w:p w14:paraId="52887D71" w14:textId="77777777" w:rsidR="00AB3581" w:rsidRDefault="00000000">
      <w:pPr>
        <w:pStyle w:val="ListBullet"/>
      </w:pPr>
      <w:r>
        <w:t>Treat opponents and teammates with self-control and respect.</w:t>
      </w:r>
    </w:p>
    <w:p w14:paraId="59412719" w14:textId="77777777" w:rsidR="00AB3581" w:rsidRDefault="00000000">
      <w:pPr>
        <w:pStyle w:val="ListBullet"/>
      </w:pPr>
      <w:r>
        <w:t>Avoid actions and words that demean or taunt opponents.</w:t>
      </w:r>
    </w:p>
    <w:p w14:paraId="3385DC20" w14:textId="77777777" w:rsidR="00AB3581" w:rsidRDefault="00000000">
      <w:pPr>
        <w:pStyle w:val="ListBullet"/>
      </w:pPr>
      <w:r>
        <w:t>Display modesty in victory and graciousness in defeat.</w:t>
      </w:r>
    </w:p>
    <w:p w14:paraId="315A7CA3" w14:textId="77777777" w:rsidR="00AB3581" w:rsidRDefault="00000000">
      <w:pPr>
        <w:pStyle w:val="ListBullet"/>
      </w:pPr>
      <w:r>
        <w:t>Respect the integrity and judgment of officials.</w:t>
      </w:r>
    </w:p>
    <w:p w14:paraId="776C37DA" w14:textId="77777777" w:rsidR="00AB3581" w:rsidRDefault="00000000">
      <w:pPr>
        <w:pStyle w:val="ListBullet"/>
      </w:pPr>
      <w:r>
        <w:t>Shake hands with opponents after the game and treat competition as a game, not a battle.</w:t>
      </w:r>
    </w:p>
    <w:p w14:paraId="0DA7A0B5" w14:textId="77777777" w:rsidR="00AB3581" w:rsidRDefault="00000000">
      <w:pPr>
        <w:pStyle w:val="Heading2"/>
      </w:pPr>
      <w:r>
        <w:lastRenderedPageBreak/>
        <w:t>For Spectators</w:t>
      </w:r>
    </w:p>
    <w:p w14:paraId="72CCF2A1" w14:textId="77777777" w:rsidR="00AB3581" w:rsidRDefault="00000000">
      <w:pPr>
        <w:pStyle w:val="ListBullet"/>
      </w:pPr>
      <w:r>
        <w:t>Remember that school athletic contests involve students, not adults or professionals.</w:t>
      </w:r>
    </w:p>
    <w:p w14:paraId="3B84F124" w14:textId="77777777" w:rsidR="00AB3581" w:rsidRDefault="00000000">
      <w:pPr>
        <w:pStyle w:val="ListBullet"/>
      </w:pPr>
      <w:r>
        <w:t>Show respect for opposing players, coaches, spectators, and cheerleaders.</w:t>
      </w:r>
    </w:p>
    <w:p w14:paraId="7623C612" w14:textId="77777777" w:rsidR="00AB3581" w:rsidRDefault="00000000">
      <w:pPr>
        <w:pStyle w:val="ListBullet"/>
      </w:pPr>
      <w:r>
        <w:t>Respect the integrity, judgment, and authority of officials.</w:t>
      </w:r>
    </w:p>
    <w:p w14:paraId="55729221" w14:textId="77777777" w:rsidR="00AB3581" w:rsidRDefault="00000000">
      <w:pPr>
        <w:pStyle w:val="ListBullet"/>
      </w:pPr>
      <w:r>
        <w:t>Avoid personal contact with officials.</w:t>
      </w:r>
    </w:p>
    <w:p w14:paraId="275CE3EA" w14:textId="77777777" w:rsidR="00AB3581" w:rsidRDefault="00000000">
      <w:pPr>
        <w:pStyle w:val="ListBullet"/>
      </w:pPr>
      <w:r>
        <w:t>Avoid booing, taunting, and sarcastic or personal comments directed at opposing players and referees.</w:t>
      </w:r>
    </w:p>
    <w:p w14:paraId="31A05F60" w14:textId="77777777" w:rsidR="00AB3581" w:rsidRDefault="00000000">
      <w:pPr>
        <w:pStyle w:val="ListBullet"/>
      </w:pPr>
      <w:r>
        <w:t>Recognize and show appreciation for an outstanding play by either team.</w:t>
      </w:r>
    </w:p>
    <w:p w14:paraId="7077B7C5" w14:textId="77777777" w:rsidR="00AB3581" w:rsidRDefault="00000000">
      <w:pPr>
        <w:pStyle w:val="ListBullet"/>
      </w:pPr>
      <w:r>
        <w:t>Do not use noisemakers during the contest.</w:t>
      </w:r>
    </w:p>
    <w:p w14:paraId="3BD1EEDD" w14:textId="77777777" w:rsidR="00AB3581" w:rsidRDefault="00000000">
      <w:pPr>
        <w:pStyle w:val="Heading1"/>
        <w:pBdr>
          <w:bottom w:val="single" w:sz="7" w:space="3" w:color="B0B0B0"/>
        </w:pBdr>
      </w:pPr>
      <w:r>
        <w:t>Academic Eligibility, Practice &amp; Attendance</w:t>
      </w:r>
    </w:p>
    <w:p w14:paraId="7FC55625" w14:textId="77777777" w:rsidR="00AB3581" w:rsidRDefault="00000000">
      <w:pPr>
        <w:pStyle w:val="Heading2"/>
      </w:pPr>
      <w:r>
        <w:t>Academic Requirements</w:t>
      </w:r>
    </w:p>
    <w:p w14:paraId="5086BCAE" w14:textId="77777777" w:rsidR="00AB3581" w:rsidRDefault="00000000">
      <w:r>
        <w:t>New Life Christian Academy believes participation in co-curricular activities is part of a student’s educational experience. When involvement in a co-curricular activity interferes with academic performance, the student must set aside the activity to concentrate on academic studies.</w:t>
      </w:r>
    </w:p>
    <w:p w14:paraId="5C0146FC" w14:textId="77777777" w:rsidR="00AB3581" w:rsidRDefault="00000000">
      <w:r>
        <w:t>To participate in extracurricular activities, students must meet or surpass academic standards. Each semester’s grade report determines eligibility for the following semester. A student with a failing grade in more than one class is ineligible to participate for the duration of the following semester.</w:t>
      </w:r>
    </w:p>
    <w:p w14:paraId="380D2157" w14:textId="77777777" w:rsidR="00AB3581" w:rsidRDefault="00000000">
      <w:r>
        <w:t>An athlete who is struggling academically may be placed on academic probation at the end of a quarter or semester and may be suspended from athletic participation for a period of time to encourage greater academic success. Any suspension decision will be made jointly by the athletic department and administration.</w:t>
      </w:r>
    </w:p>
    <w:p w14:paraId="6AC4E0BE" w14:textId="77777777" w:rsidR="00AB3581" w:rsidRDefault="00000000">
      <w:pPr>
        <w:pStyle w:val="Heading2"/>
      </w:pPr>
      <w:r>
        <w:t>Practice and Attendance</w:t>
      </w:r>
    </w:p>
    <w:p w14:paraId="1DEEC692" w14:textId="77777777" w:rsidR="00AB3581" w:rsidRDefault="00000000">
      <w:r>
        <w:t>Student-athletes are expected to attend all practices and games unless absent from school. Student-athletes with an unexcused absence from practice or games are subject to athletic suspension.</w:t>
      </w:r>
    </w:p>
    <w:p w14:paraId="6C4497F1" w14:textId="77777777" w:rsidR="00AB3581" w:rsidRDefault="00000000">
      <w:pPr>
        <w:pStyle w:val="Heading1"/>
        <w:pBdr>
          <w:bottom w:val="single" w:sz="7" w:space="3" w:color="B0B0B0"/>
        </w:pBdr>
      </w:pPr>
      <w:r>
        <w:t>Athletic Consequences for Student Disciplinary Issues</w:t>
      </w:r>
    </w:p>
    <w:p w14:paraId="1E85EEA4" w14:textId="77777777" w:rsidR="00AB3581" w:rsidRDefault="00000000">
      <w:r>
        <w:t>Disciplinary write-ups may affect participation in athletics and other extracurricular activities. The policy establishes the following consequences:</w:t>
      </w:r>
    </w:p>
    <w:tbl>
      <w:tblPr>
        <w:tblStyle w:val="TableGrid"/>
        <w:tblW w:w="0" w:type="auto"/>
        <w:jc w:val="center"/>
        <w:tblLook w:val="04A0" w:firstRow="1" w:lastRow="0" w:firstColumn="1" w:lastColumn="0" w:noHBand="0" w:noVBand="1"/>
      </w:tblPr>
      <w:tblGrid>
        <w:gridCol w:w="5112"/>
        <w:gridCol w:w="5112"/>
      </w:tblGrid>
      <w:tr w:rsidR="00AB3581" w14:paraId="6EF693FE" w14:textId="77777777">
        <w:trPr>
          <w:cantSplit/>
          <w:tblHeader/>
          <w:jc w:val="center"/>
        </w:trPr>
        <w:tc>
          <w:tcPr>
            <w:tcW w:w="5112" w:type="dxa"/>
            <w:shd w:val="clear" w:color="auto" w:fill="3A3A3A"/>
            <w:tcMar>
              <w:top w:w="100" w:type="dxa"/>
              <w:left w:w="100" w:type="dxa"/>
              <w:bottom w:w="100" w:type="dxa"/>
              <w:right w:w="100" w:type="dxa"/>
            </w:tcMar>
          </w:tcPr>
          <w:p w14:paraId="1320C73F" w14:textId="77777777" w:rsidR="00AB3581" w:rsidRDefault="00000000">
            <w:r>
              <w:rPr>
                <w:b/>
                <w:color w:val="FFFFFF"/>
                <w:sz w:val="19"/>
              </w:rPr>
              <w:t>Disciplinary Point</w:t>
            </w:r>
          </w:p>
        </w:tc>
        <w:tc>
          <w:tcPr>
            <w:tcW w:w="5112" w:type="dxa"/>
            <w:shd w:val="clear" w:color="auto" w:fill="3A3A3A"/>
            <w:tcMar>
              <w:top w:w="100" w:type="dxa"/>
              <w:left w:w="100" w:type="dxa"/>
              <w:bottom w:w="100" w:type="dxa"/>
              <w:right w:w="100" w:type="dxa"/>
            </w:tcMar>
          </w:tcPr>
          <w:p w14:paraId="6B88822B" w14:textId="77777777" w:rsidR="00AB3581" w:rsidRDefault="00000000">
            <w:r>
              <w:rPr>
                <w:b/>
                <w:color w:val="FFFFFF"/>
                <w:sz w:val="19"/>
              </w:rPr>
              <w:t>Athletic / Extracurricular Consequence</w:t>
            </w:r>
          </w:p>
        </w:tc>
      </w:tr>
      <w:tr w:rsidR="00AB3581" w14:paraId="0FA21802" w14:textId="77777777">
        <w:trPr>
          <w:cantSplit/>
          <w:jc w:val="center"/>
        </w:trPr>
        <w:tc>
          <w:tcPr>
            <w:tcW w:w="5112" w:type="dxa"/>
            <w:tcMar>
              <w:top w:w="90" w:type="dxa"/>
              <w:left w:w="100" w:type="dxa"/>
              <w:bottom w:w="90" w:type="dxa"/>
              <w:right w:w="100" w:type="dxa"/>
            </w:tcMar>
          </w:tcPr>
          <w:p w14:paraId="04987887" w14:textId="77777777" w:rsidR="00AB3581" w:rsidRDefault="00000000">
            <w:r>
              <w:rPr>
                <w:b/>
                <w:sz w:val="18"/>
              </w:rPr>
              <w:t>After a disciplinary write-up</w:t>
            </w:r>
          </w:p>
        </w:tc>
        <w:tc>
          <w:tcPr>
            <w:tcW w:w="5112" w:type="dxa"/>
            <w:tcMar>
              <w:top w:w="90" w:type="dxa"/>
              <w:left w:w="100" w:type="dxa"/>
              <w:bottom w:w="90" w:type="dxa"/>
              <w:right w:w="100" w:type="dxa"/>
            </w:tcMar>
          </w:tcPr>
          <w:p w14:paraId="68549341" w14:textId="77777777" w:rsidR="00AB3581" w:rsidRDefault="00000000">
            <w:r>
              <w:rPr>
                <w:sz w:val="18"/>
              </w:rPr>
              <w:t>The parent will be notified by the Head of School to discuss the disciplinary write-up.</w:t>
            </w:r>
          </w:p>
        </w:tc>
      </w:tr>
      <w:tr w:rsidR="00AB3581" w14:paraId="4164A902" w14:textId="77777777">
        <w:trPr>
          <w:cantSplit/>
          <w:jc w:val="center"/>
        </w:trPr>
        <w:tc>
          <w:tcPr>
            <w:tcW w:w="5112" w:type="dxa"/>
            <w:tcMar>
              <w:top w:w="90" w:type="dxa"/>
              <w:left w:w="100" w:type="dxa"/>
              <w:bottom w:w="90" w:type="dxa"/>
              <w:right w:w="100" w:type="dxa"/>
            </w:tcMar>
          </w:tcPr>
          <w:p w14:paraId="587FADB6" w14:textId="77777777" w:rsidR="00AB3581" w:rsidRDefault="00000000">
            <w:r>
              <w:rPr>
                <w:b/>
                <w:sz w:val="18"/>
              </w:rPr>
              <w:t>After the 3rd write-up / one-day suspension</w:t>
            </w:r>
          </w:p>
        </w:tc>
        <w:tc>
          <w:tcPr>
            <w:tcW w:w="5112" w:type="dxa"/>
            <w:tcMar>
              <w:top w:w="90" w:type="dxa"/>
              <w:left w:w="100" w:type="dxa"/>
              <w:bottom w:w="90" w:type="dxa"/>
              <w:right w:w="100" w:type="dxa"/>
            </w:tcMar>
          </w:tcPr>
          <w:p w14:paraId="353806AB" w14:textId="77777777" w:rsidR="00AB3581" w:rsidRDefault="00000000">
            <w:r>
              <w:rPr>
                <w:sz w:val="18"/>
              </w:rPr>
              <w:t>The student will not participate in athletic events on the day suspended and may not attend an activity without administrative permission. The final decision on when and how long an athletic suspension will last is determined by school administration and athletic staff.</w:t>
            </w:r>
          </w:p>
        </w:tc>
      </w:tr>
      <w:tr w:rsidR="00AB3581" w14:paraId="664B163E" w14:textId="77777777">
        <w:trPr>
          <w:cantSplit/>
          <w:jc w:val="center"/>
        </w:trPr>
        <w:tc>
          <w:tcPr>
            <w:tcW w:w="5112" w:type="dxa"/>
            <w:tcMar>
              <w:top w:w="90" w:type="dxa"/>
              <w:left w:w="100" w:type="dxa"/>
              <w:bottom w:w="90" w:type="dxa"/>
              <w:right w:w="100" w:type="dxa"/>
            </w:tcMar>
          </w:tcPr>
          <w:p w14:paraId="4DB4983A" w14:textId="77777777" w:rsidR="00AB3581" w:rsidRDefault="00000000">
            <w:r>
              <w:rPr>
                <w:b/>
                <w:sz w:val="18"/>
              </w:rPr>
              <w:t>After the 6th write-up</w:t>
            </w:r>
          </w:p>
        </w:tc>
        <w:tc>
          <w:tcPr>
            <w:tcW w:w="5112" w:type="dxa"/>
            <w:tcMar>
              <w:top w:w="90" w:type="dxa"/>
              <w:left w:w="100" w:type="dxa"/>
              <w:bottom w:w="90" w:type="dxa"/>
              <w:right w:w="100" w:type="dxa"/>
            </w:tcMar>
          </w:tcPr>
          <w:p w14:paraId="2440D57E" w14:textId="77777777" w:rsidR="00AB3581" w:rsidRDefault="00000000">
            <w:r>
              <w:rPr>
                <w:sz w:val="18"/>
              </w:rPr>
              <w:t>Parental notification and a conference with the parent(s) and Head of School will occur, along with forfeiture of all extracurricular activities.</w:t>
            </w:r>
          </w:p>
        </w:tc>
      </w:tr>
      <w:tr w:rsidR="00AB3581" w14:paraId="5D0FD16E" w14:textId="77777777">
        <w:trPr>
          <w:cantSplit/>
          <w:jc w:val="center"/>
        </w:trPr>
        <w:tc>
          <w:tcPr>
            <w:tcW w:w="5112" w:type="dxa"/>
            <w:tcMar>
              <w:top w:w="90" w:type="dxa"/>
              <w:left w:w="100" w:type="dxa"/>
              <w:bottom w:w="90" w:type="dxa"/>
              <w:right w:w="100" w:type="dxa"/>
            </w:tcMar>
          </w:tcPr>
          <w:p w14:paraId="69A12FB3" w14:textId="77777777" w:rsidR="00AB3581" w:rsidRDefault="00000000">
            <w:r>
              <w:rPr>
                <w:b/>
                <w:sz w:val="18"/>
              </w:rPr>
              <w:t>Two-or-more-day suspension or second one-day suspension after the 6th write-up</w:t>
            </w:r>
          </w:p>
        </w:tc>
        <w:tc>
          <w:tcPr>
            <w:tcW w:w="5112" w:type="dxa"/>
            <w:tcMar>
              <w:top w:w="90" w:type="dxa"/>
              <w:left w:w="100" w:type="dxa"/>
              <w:bottom w:w="90" w:type="dxa"/>
              <w:right w:w="100" w:type="dxa"/>
            </w:tcMar>
          </w:tcPr>
          <w:p w14:paraId="67AFC46F" w14:textId="77777777" w:rsidR="00AB3581" w:rsidRDefault="00000000">
            <w:r>
              <w:rPr>
                <w:sz w:val="18"/>
              </w:rPr>
              <w:t>Automatic suspension from participation in sports for a probationary period to be determined by the administration.</w:t>
            </w:r>
          </w:p>
        </w:tc>
      </w:tr>
    </w:tbl>
    <w:p w14:paraId="42E25382" w14:textId="77777777" w:rsidR="00AB3581" w:rsidRDefault="00000000">
      <w:pPr>
        <w:pStyle w:val="Heading1"/>
        <w:pBdr>
          <w:bottom w:val="single" w:sz="7" w:space="3" w:color="B0B0B0"/>
        </w:pBdr>
      </w:pPr>
      <w:r>
        <w:lastRenderedPageBreak/>
        <w:t>Athletic Department Chain of Command</w:t>
      </w:r>
    </w:p>
    <w:p w14:paraId="7FAA874D" w14:textId="77777777" w:rsidR="00AB3581" w:rsidRDefault="00000000">
      <w:r>
        <w:t>The Athletic Director oversees the entire athletic program and works with the Head of School to provide a quality program. Each assistant or volunteer coach reports directly to the Athletic Director.</w:t>
      </w:r>
    </w:p>
    <w:tbl>
      <w:tblPr>
        <w:tblStyle w:val="TableGrid"/>
        <w:tblW w:w="0" w:type="auto"/>
        <w:jc w:val="center"/>
        <w:tblLook w:val="04A0" w:firstRow="1" w:lastRow="0" w:firstColumn="1" w:lastColumn="0" w:noHBand="0" w:noVBand="1"/>
      </w:tblPr>
      <w:tblGrid>
        <w:gridCol w:w="5112"/>
        <w:gridCol w:w="5112"/>
      </w:tblGrid>
      <w:tr w:rsidR="00AB3581" w14:paraId="0228EE5A" w14:textId="77777777">
        <w:trPr>
          <w:cantSplit/>
          <w:jc w:val="center"/>
        </w:trPr>
        <w:tc>
          <w:tcPr>
            <w:tcW w:w="5112" w:type="dxa"/>
            <w:shd w:val="clear" w:color="auto" w:fill="3A3A3A"/>
            <w:tcMar>
              <w:top w:w="100" w:type="dxa"/>
              <w:left w:w="100" w:type="dxa"/>
              <w:bottom w:w="100" w:type="dxa"/>
              <w:right w:w="100" w:type="dxa"/>
            </w:tcMar>
          </w:tcPr>
          <w:p w14:paraId="4C159673" w14:textId="77777777" w:rsidR="00AB3581" w:rsidRDefault="00000000">
            <w:r>
              <w:rPr>
                <w:b/>
                <w:color w:val="FFFFFF"/>
                <w:sz w:val="18"/>
              </w:rPr>
              <w:t>PROGRAM OVERSIGHT</w:t>
            </w:r>
          </w:p>
        </w:tc>
        <w:tc>
          <w:tcPr>
            <w:tcW w:w="5112" w:type="dxa"/>
            <w:shd w:val="clear" w:color="auto" w:fill="3A3A3A"/>
            <w:tcMar>
              <w:top w:w="100" w:type="dxa"/>
              <w:left w:w="100" w:type="dxa"/>
              <w:bottom w:w="100" w:type="dxa"/>
              <w:right w:w="100" w:type="dxa"/>
            </w:tcMar>
          </w:tcPr>
          <w:p w14:paraId="73398ED1" w14:textId="77777777" w:rsidR="00AB3581" w:rsidRDefault="00000000">
            <w:r>
              <w:rPr>
                <w:b/>
                <w:color w:val="FFFFFF"/>
                <w:sz w:val="18"/>
              </w:rPr>
              <w:t>TEAM-SPECIFIC CONCERNS</w:t>
            </w:r>
          </w:p>
        </w:tc>
      </w:tr>
      <w:tr w:rsidR="00AB3581" w14:paraId="4744A401" w14:textId="77777777">
        <w:trPr>
          <w:cantSplit/>
          <w:jc w:val="center"/>
        </w:trPr>
        <w:tc>
          <w:tcPr>
            <w:tcW w:w="5112" w:type="dxa"/>
            <w:tcMar>
              <w:top w:w="100" w:type="dxa"/>
              <w:left w:w="100" w:type="dxa"/>
              <w:bottom w:w="100" w:type="dxa"/>
              <w:right w:w="100" w:type="dxa"/>
            </w:tcMar>
          </w:tcPr>
          <w:p w14:paraId="774CA0EC" w14:textId="77777777" w:rsidR="00AB3581" w:rsidRDefault="00000000">
            <w:r>
              <w:rPr>
                <w:sz w:val="18"/>
              </w:rPr>
              <w:t>The Athletic Director oversees the program, works with the Head of School, and receives reports from assistant and volunteer coaches.</w:t>
            </w:r>
          </w:p>
        </w:tc>
        <w:tc>
          <w:tcPr>
            <w:tcW w:w="5112" w:type="dxa"/>
            <w:tcMar>
              <w:top w:w="100" w:type="dxa"/>
              <w:left w:w="100" w:type="dxa"/>
              <w:bottom w:w="100" w:type="dxa"/>
              <w:right w:w="100" w:type="dxa"/>
            </w:tcMar>
          </w:tcPr>
          <w:p w14:paraId="51C680B6" w14:textId="77777777" w:rsidR="00AB3581" w:rsidRDefault="00000000">
            <w:r>
              <w:rPr>
                <w:sz w:val="18"/>
              </w:rPr>
              <w:t>First: the student-athlete’s coach. If the concern is not sufficiently addressed: make an appointment with the Head of School.</w:t>
            </w:r>
          </w:p>
        </w:tc>
      </w:tr>
    </w:tbl>
    <w:p w14:paraId="2F5484B2" w14:textId="77777777" w:rsidR="00AB3581" w:rsidRDefault="00000000">
      <w:r>
        <w:t>Parents are strongly encouraged to support the decisions of the Athletic Director and coaches.</w:t>
      </w:r>
    </w:p>
    <w:p w14:paraId="58735B55" w14:textId="77777777" w:rsidR="00AB3581" w:rsidRDefault="00000000">
      <w:r>
        <w:t>The time immediately following a game can be highly emotional. Parents should refrain from approaching a coach with issues at that time. A good standard is: “right time, right place, and right spirit.”</w:t>
      </w:r>
    </w:p>
    <w:p w14:paraId="5C83AE55" w14:textId="77777777" w:rsidR="00AB3581" w:rsidRDefault="00000000">
      <w:pPr>
        <w:pStyle w:val="Heading1"/>
        <w:pBdr>
          <w:bottom w:val="single" w:sz="7" w:space="3" w:color="B0B0B0"/>
        </w:pBdr>
      </w:pPr>
      <w:r>
        <w:t>Parent / Coach Relationship &amp; Communication</w:t>
      </w:r>
    </w:p>
    <w:p w14:paraId="42C3E6A5" w14:textId="77777777" w:rsidR="00AB3581" w:rsidRDefault="00000000">
      <w:r>
        <w:t>Parents and coaches must understand one another’s expectations and philosophies. Clear communication is important.</w:t>
      </w:r>
    </w:p>
    <w:p w14:paraId="707413C4" w14:textId="77777777" w:rsidR="00AB3581" w:rsidRDefault="00000000">
      <w:pPr>
        <w:pStyle w:val="Heading2"/>
      </w:pPr>
      <w:r>
        <w:t>Communication parents can expect from the coach</w:t>
      </w:r>
    </w:p>
    <w:p w14:paraId="30273F83" w14:textId="77777777" w:rsidR="00AB3581" w:rsidRDefault="00000000">
      <w:pPr>
        <w:pStyle w:val="ListBullet"/>
      </w:pPr>
      <w:r>
        <w:t>Coach’s philosophy.</w:t>
      </w:r>
    </w:p>
    <w:p w14:paraId="6CBC616C" w14:textId="77777777" w:rsidR="00AB3581" w:rsidRDefault="00000000">
      <w:pPr>
        <w:pStyle w:val="ListBullet"/>
      </w:pPr>
      <w:r>
        <w:t>Expectations for team members.</w:t>
      </w:r>
    </w:p>
    <w:p w14:paraId="11F26E76" w14:textId="77777777" w:rsidR="00AB3581" w:rsidRDefault="00000000">
      <w:pPr>
        <w:pStyle w:val="ListBullet"/>
      </w:pPr>
      <w:r>
        <w:t>Locations and times of all games and practices.</w:t>
      </w:r>
    </w:p>
    <w:p w14:paraId="1C8472DF" w14:textId="77777777" w:rsidR="00AB3581" w:rsidRDefault="00000000">
      <w:pPr>
        <w:pStyle w:val="ListBullet"/>
      </w:pPr>
      <w:r>
        <w:t>Approximate return times for all away games.</w:t>
      </w:r>
    </w:p>
    <w:p w14:paraId="20378BDD" w14:textId="77777777" w:rsidR="00AB3581" w:rsidRDefault="00000000">
      <w:pPr>
        <w:pStyle w:val="ListBullet"/>
      </w:pPr>
      <w:r>
        <w:t>Team requirements, including fees, special equipment, and off-season conditioning.</w:t>
      </w:r>
    </w:p>
    <w:p w14:paraId="0DFD4F44" w14:textId="77777777" w:rsidR="00AB3581" w:rsidRDefault="00000000">
      <w:pPr>
        <w:pStyle w:val="ListBullet"/>
      </w:pPr>
      <w:r>
        <w:t>Procedure to follow for injuries.</w:t>
      </w:r>
    </w:p>
    <w:p w14:paraId="49D69D19" w14:textId="77777777" w:rsidR="00AB3581" w:rsidRDefault="00000000">
      <w:pPr>
        <w:pStyle w:val="ListBullet"/>
      </w:pPr>
      <w:r>
        <w:t>Discipline that would affect playing time.</w:t>
      </w:r>
    </w:p>
    <w:p w14:paraId="4955A72A" w14:textId="77777777" w:rsidR="00AB3581" w:rsidRDefault="00000000">
      <w:pPr>
        <w:pStyle w:val="Heading2"/>
      </w:pPr>
      <w:r>
        <w:t>Communication coaches expect from parents</w:t>
      </w:r>
    </w:p>
    <w:p w14:paraId="75FAE35A" w14:textId="77777777" w:rsidR="00AB3581" w:rsidRDefault="00000000">
      <w:pPr>
        <w:pStyle w:val="ListBullet"/>
      </w:pPr>
      <w:r>
        <w:t>Notification of schedule conflicts well in advance.</w:t>
      </w:r>
    </w:p>
    <w:p w14:paraId="34F0DF85" w14:textId="77777777" w:rsidR="00AB3581" w:rsidRDefault="00000000">
      <w:pPr>
        <w:pStyle w:val="ListBullet"/>
      </w:pPr>
      <w:r>
        <w:t>Specific concerns regarding a coach’s philosophy and/or expectations.</w:t>
      </w:r>
    </w:p>
    <w:p w14:paraId="17BBB37B" w14:textId="77777777" w:rsidR="00AB3581" w:rsidRDefault="00000000">
      <w:pPr>
        <w:pStyle w:val="Heading2"/>
      </w:pPr>
      <w:r>
        <w:t>Appropriate issues to discuss with a coach</w:t>
      </w:r>
    </w:p>
    <w:p w14:paraId="16E13813" w14:textId="77777777" w:rsidR="00AB3581" w:rsidRDefault="00000000">
      <w:pPr>
        <w:pStyle w:val="ListBullet"/>
      </w:pPr>
      <w:r>
        <w:t>The treatment of your child, mentally and physically.</w:t>
      </w:r>
    </w:p>
    <w:p w14:paraId="5930E1D4" w14:textId="77777777" w:rsidR="00AB3581" w:rsidRDefault="00000000">
      <w:pPr>
        <w:pStyle w:val="ListBullet"/>
      </w:pPr>
      <w:r>
        <w:t>Ways to help your child improve.</w:t>
      </w:r>
    </w:p>
    <w:p w14:paraId="4354734F" w14:textId="77777777" w:rsidR="00AB3581" w:rsidRDefault="00000000">
      <w:pPr>
        <w:pStyle w:val="ListBullet"/>
      </w:pPr>
      <w:r>
        <w:t>Concerns about your child’s behavior.</w:t>
      </w:r>
    </w:p>
    <w:p w14:paraId="19D869C1" w14:textId="77777777" w:rsidR="00AB3581" w:rsidRDefault="00000000">
      <w:pPr>
        <w:pStyle w:val="Heading2"/>
      </w:pPr>
      <w:r>
        <w:t>Issues not appropriate to discuss with a coach</w:t>
      </w:r>
    </w:p>
    <w:p w14:paraId="1E5DD29A" w14:textId="77777777" w:rsidR="00AB3581" w:rsidRDefault="00000000">
      <w:pPr>
        <w:pStyle w:val="ListBullet"/>
      </w:pPr>
      <w:r>
        <w:t>Playing time.</w:t>
      </w:r>
    </w:p>
    <w:p w14:paraId="10652E59" w14:textId="77777777" w:rsidR="00AB3581" w:rsidRDefault="00000000">
      <w:pPr>
        <w:pStyle w:val="ListBullet"/>
      </w:pPr>
      <w:r>
        <w:t>Team strategy.</w:t>
      </w:r>
    </w:p>
    <w:p w14:paraId="14AFBBFD" w14:textId="77777777" w:rsidR="00AB3581" w:rsidRDefault="00000000">
      <w:pPr>
        <w:pStyle w:val="ListBullet"/>
      </w:pPr>
      <w:r>
        <w:t>Play calling.</w:t>
      </w:r>
    </w:p>
    <w:p w14:paraId="34CBA078" w14:textId="77777777" w:rsidR="00AB3581" w:rsidRDefault="00000000">
      <w:pPr>
        <w:pStyle w:val="ListBullet"/>
      </w:pPr>
      <w:r>
        <w:t>Other student-athletes.</w:t>
      </w:r>
    </w:p>
    <w:p w14:paraId="02D7E0FB" w14:textId="77777777" w:rsidR="00AB3581" w:rsidRDefault="00000000">
      <w:pPr>
        <w:pStyle w:val="Heading1"/>
        <w:pBdr>
          <w:bottom w:val="single" w:sz="7" w:space="3" w:color="B0B0B0"/>
        </w:pBdr>
      </w:pPr>
      <w:r>
        <w:lastRenderedPageBreak/>
        <w:t>Athletic Theme Verses</w:t>
      </w:r>
    </w:p>
    <w:tbl>
      <w:tblPr>
        <w:tblW w:w="0" w:type="auto"/>
        <w:jc w:val="center"/>
        <w:tblLook w:val="04A0" w:firstRow="1" w:lastRow="0" w:firstColumn="1" w:lastColumn="0" w:noHBand="0" w:noVBand="1"/>
      </w:tblPr>
      <w:tblGrid>
        <w:gridCol w:w="10224"/>
      </w:tblGrid>
      <w:tr w:rsidR="00AB3581" w14:paraId="163F4E6B" w14:textId="77777777">
        <w:trPr>
          <w:cantSplit/>
          <w:jc w:val="center"/>
        </w:trPr>
        <w:tc>
          <w:tcPr>
            <w:tcW w:w="10224" w:type="dxa"/>
            <w:shd w:val="clear" w:color="auto" w:fill="EFEFEF"/>
            <w:tcMar>
              <w:top w:w="120" w:type="dxa"/>
              <w:left w:w="150" w:type="dxa"/>
              <w:bottom w:w="120" w:type="dxa"/>
              <w:right w:w="150" w:type="dxa"/>
            </w:tcMar>
          </w:tcPr>
          <w:p w14:paraId="2EDEB84E" w14:textId="77777777" w:rsidR="00AB3581" w:rsidRDefault="00000000">
            <w:pPr>
              <w:jc w:val="center"/>
            </w:pPr>
            <w:r>
              <w:rPr>
                <w:i/>
                <w:sz w:val="22"/>
              </w:rPr>
              <w:t>“Whatever you do, work at it with all your heart, as working for the Lord, not for men.”</w:t>
            </w:r>
          </w:p>
          <w:p w14:paraId="315147E1" w14:textId="77777777" w:rsidR="00AB3581" w:rsidRDefault="00000000">
            <w:pPr>
              <w:jc w:val="center"/>
            </w:pPr>
            <w:r>
              <w:rPr>
                <w:b/>
                <w:sz w:val="19"/>
              </w:rPr>
              <w:t>Colossians 3:23</w:t>
            </w:r>
          </w:p>
        </w:tc>
      </w:tr>
    </w:tbl>
    <w:p w14:paraId="15B023E2" w14:textId="77777777" w:rsidR="00AB3581" w:rsidRDefault="00AB3581">
      <w:pPr>
        <w:spacing w:after="20"/>
      </w:pPr>
    </w:p>
    <w:tbl>
      <w:tblPr>
        <w:tblW w:w="0" w:type="auto"/>
        <w:jc w:val="center"/>
        <w:tblLook w:val="04A0" w:firstRow="1" w:lastRow="0" w:firstColumn="1" w:lastColumn="0" w:noHBand="0" w:noVBand="1"/>
      </w:tblPr>
      <w:tblGrid>
        <w:gridCol w:w="10224"/>
      </w:tblGrid>
      <w:tr w:rsidR="00AB3581" w14:paraId="200F6ECA" w14:textId="77777777">
        <w:trPr>
          <w:cantSplit/>
          <w:jc w:val="center"/>
        </w:trPr>
        <w:tc>
          <w:tcPr>
            <w:tcW w:w="10224" w:type="dxa"/>
            <w:shd w:val="clear" w:color="auto" w:fill="EFEFEF"/>
            <w:tcMar>
              <w:top w:w="120" w:type="dxa"/>
              <w:left w:w="150" w:type="dxa"/>
              <w:bottom w:w="120" w:type="dxa"/>
              <w:right w:w="150" w:type="dxa"/>
            </w:tcMar>
          </w:tcPr>
          <w:p w14:paraId="215D53BE" w14:textId="77777777" w:rsidR="00AB3581" w:rsidRDefault="00000000">
            <w:pPr>
              <w:jc w:val="center"/>
            </w:pPr>
            <w:r>
              <w:rPr>
                <w:i/>
                <w:sz w:val="22"/>
              </w:rPr>
              <w:t>“And everyone who competes in the games exercises self-control in all things. They then do it to receive a perishable wreath, but we are imperishable.”</w:t>
            </w:r>
          </w:p>
          <w:p w14:paraId="1462742C" w14:textId="77777777" w:rsidR="00AB3581" w:rsidRDefault="00000000">
            <w:pPr>
              <w:jc w:val="center"/>
            </w:pPr>
            <w:r>
              <w:rPr>
                <w:b/>
                <w:sz w:val="19"/>
              </w:rPr>
              <w:t>1 Corinthians 9:25</w:t>
            </w:r>
          </w:p>
        </w:tc>
      </w:tr>
    </w:tbl>
    <w:p w14:paraId="0B19F4B5" w14:textId="77777777" w:rsidR="00AB3581" w:rsidRDefault="00AB3581">
      <w:pPr>
        <w:spacing w:after="20"/>
      </w:pPr>
    </w:p>
    <w:tbl>
      <w:tblPr>
        <w:tblW w:w="0" w:type="auto"/>
        <w:jc w:val="center"/>
        <w:tblLook w:val="04A0" w:firstRow="1" w:lastRow="0" w:firstColumn="1" w:lastColumn="0" w:noHBand="0" w:noVBand="1"/>
      </w:tblPr>
      <w:tblGrid>
        <w:gridCol w:w="10224"/>
      </w:tblGrid>
      <w:tr w:rsidR="00AB3581" w14:paraId="00DF35CB" w14:textId="77777777">
        <w:trPr>
          <w:cantSplit/>
          <w:jc w:val="center"/>
        </w:trPr>
        <w:tc>
          <w:tcPr>
            <w:tcW w:w="10224" w:type="dxa"/>
            <w:shd w:val="clear" w:color="auto" w:fill="EFEFEF"/>
            <w:tcMar>
              <w:top w:w="120" w:type="dxa"/>
              <w:left w:w="150" w:type="dxa"/>
              <w:bottom w:w="120" w:type="dxa"/>
              <w:right w:w="150" w:type="dxa"/>
            </w:tcMar>
          </w:tcPr>
          <w:p w14:paraId="7DCD7581" w14:textId="77777777" w:rsidR="00AB3581" w:rsidRDefault="00000000">
            <w:pPr>
              <w:jc w:val="center"/>
            </w:pPr>
            <w:r>
              <w:rPr>
                <w:i/>
                <w:sz w:val="22"/>
              </w:rPr>
              <w:t>“I can do everything through Him who gives me strength.”</w:t>
            </w:r>
          </w:p>
          <w:p w14:paraId="4E21C714" w14:textId="77777777" w:rsidR="00AB3581" w:rsidRDefault="00000000">
            <w:pPr>
              <w:jc w:val="center"/>
            </w:pPr>
            <w:r>
              <w:rPr>
                <w:b/>
                <w:sz w:val="19"/>
              </w:rPr>
              <w:t>Philippians 4:13</w:t>
            </w:r>
          </w:p>
        </w:tc>
      </w:tr>
    </w:tbl>
    <w:p w14:paraId="0E1F52F7" w14:textId="77777777" w:rsidR="00AB3581" w:rsidRDefault="00AB3581">
      <w:pPr>
        <w:spacing w:after="20"/>
      </w:pPr>
    </w:p>
    <w:p w14:paraId="62BE7345" w14:textId="77777777" w:rsidR="00AB3581" w:rsidRDefault="00000000">
      <w:pPr>
        <w:pStyle w:val="Heading1"/>
        <w:pBdr>
          <w:bottom w:val="single" w:sz="7" w:space="3" w:color="B0B0B0"/>
        </w:pBdr>
      </w:pPr>
      <w:r>
        <w:t>Athletic Handbook Acknowledgment</w:t>
      </w:r>
    </w:p>
    <w:p w14:paraId="3F59037B" w14:textId="77777777" w:rsidR="00AB3581" w:rsidRDefault="00000000">
      <w:r>
        <w:t>By signing below, the student-athlete and parent/guardian acknowledge that they have received and reviewed the New Life Christian Academy Athletic Handbook and understand the expectations for character, conduct, sportsmanship, attendance, academic eligibility, communication, and disciplinary consequences described in this handbook.</w:t>
      </w:r>
    </w:p>
    <w:p w14:paraId="54E76D02" w14:textId="77777777" w:rsidR="00AB3581" w:rsidRDefault="00000000">
      <w:pPr>
        <w:pStyle w:val="Heading2"/>
      </w:pPr>
      <w:r>
        <w:t>Student-Athlete Commitment</w:t>
      </w:r>
    </w:p>
    <w:p w14:paraId="4D4DD213" w14:textId="77777777" w:rsidR="00AB3581" w:rsidRDefault="00000000">
      <w:r>
        <w:t>I understand that participation in New Life Christian Academy athletics is a privilege and that I represent Christ, my family, my school, my church, my teammates, and my coaches. I agree to follow the standards and expectations in this handbook.</w:t>
      </w:r>
    </w:p>
    <w:p w14:paraId="3D80EF68" w14:textId="77777777" w:rsidR="00AB3581" w:rsidRDefault="00000000">
      <w:pPr>
        <w:spacing w:after="160"/>
      </w:pPr>
      <w:r>
        <w:rPr>
          <w:sz w:val="20"/>
        </w:rPr>
        <w:t>_______________________________________________________</w:t>
      </w:r>
    </w:p>
    <w:p w14:paraId="166D2DB8" w14:textId="77777777" w:rsidR="00AB3581" w:rsidRDefault="00000000">
      <w:pPr>
        <w:spacing w:after="280"/>
      </w:pPr>
      <w:r>
        <w:rPr>
          <w:sz w:val="18"/>
        </w:rPr>
        <w:t>Student-Athlete Printed Name</w:t>
      </w:r>
    </w:p>
    <w:p w14:paraId="757FA383" w14:textId="77777777" w:rsidR="00AB3581" w:rsidRDefault="00000000">
      <w:pPr>
        <w:spacing w:after="160"/>
      </w:pPr>
      <w:r>
        <w:rPr>
          <w:sz w:val="20"/>
        </w:rPr>
        <w:t>_______________________________________________________</w:t>
      </w:r>
    </w:p>
    <w:p w14:paraId="3CB0D738" w14:textId="77777777" w:rsidR="00AB3581" w:rsidRDefault="00000000">
      <w:pPr>
        <w:spacing w:after="280"/>
      </w:pPr>
      <w:r>
        <w:rPr>
          <w:sz w:val="18"/>
        </w:rPr>
        <w:t>Student-Athlete Signature                                      Date</w:t>
      </w:r>
    </w:p>
    <w:p w14:paraId="673D5822" w14:textId="77777777" w:rsidR="00AB3581" w:rsidRDefault="00000000">
      <w:pPr>
        <w:pStyle w:val="Heading2"/>
      </w:pPr>
      <w:r>
        <w:t>Parent / Guardian Commitment</w:t>
      </w:r>
    </w:p>
    <w:p w14:paraId="376AF38F" w14:textId="77777777" w:rsidR="00AB3581" w:rsidRDefault="00000000">
      <w:r>
        <w:t>I have reviewed this handbook with my student-athlete. I understand the standards for communication and sportsmanship and agree to support the school’s athletic program in a manner consistent with these expectations.</w:t>
      </w:r>
    </w:p>
    <w:p w14:paraId="1D0E7B4F" w14:textId="77777777" w:rsidR="00AB3581" w:rsidRDefault="00000000">
      <w:pPr>
        <w:spacing w:after="160"/>
      </w:pPr>
      <w:r>
        <w:rPr>
          <w:sz w:val="20"/>
        </w:rPr>
        <w:t>_______________________________________________________</w:t>
      </w:r>
    </w:p>
    <w:p w14:paraId="4F9D4EAE" w14:textId="77777777" w:rsidR="00AB3581" w:rsidRDefault="00000000">
      <w:pPr>
        <w:spacing w:after="280"/>
      </w:pPr>
      <w:r>
        <w:rPr>
          <w:sz w:val="18"/>
        </w:rPr>
        <w:t>Parent/Guardian Printed Name</w:t>
      </w:r>
    </w:p>
    <w:p w14:paraId="60E03FE7" w14:textId="77777777" w:rsidR="00AB3581" w:rsidRDefault="00000000">
      <w:pPr>
        <w:spacing w:after="160"/>
      </w:pPr>
      <w:r>
        <w:rPr>
          <w:sz w:val="20"/>
        </w:rPr>
        <w:t>_______________________________________________________</w:t>
      </w:r>
    </w:p>
    <w:p w14:paraId="160060D4" w14:textId="77777777" w:rsidR="00AB3581" w:rsidRDefault="00000000">
      <w:pPr>
        <w:spacing w:after="280"/>
      </w:pPr>
      <w:r>
        <w:rPr>
          <w:sz w:val="18"/>
        </w:rPr>
        <w:t>Parent/Guardian Signature                                      Date</w:t>
      </w:r>
    </w:p>
    <w:p w14:paraId="4BF451B4" w14:textId="77777777" w:rsidR="00AB3581" w:rsidRDefault="00000000">
      <w:pPr>
        <w:spacing w:before="360"/>
        <w:jc w:val="center"/>
      </w:pPr>
      <w:r>
        <w:rPr>
          <w:i/>
          <w:color w:val="5A5A5A"/>
          <w:sz w:val="16"/>
        </w:rPr>
        <w:t>This handbook is organized from the New Life Christian Academy Athletic Policy provided by the school.</w:t>
      </w:r>
    </w:p>
    <w:sectPr w:rsidR="00AB3581" w:rsidSect="00034616">
      <w:headerReference w:type="default" r:id="rId8"/>
      <w:footerReference w:type="default" r:id="rId9"/>
      <w:headerReference w:type="first" r:id="rId10"/>
      <w:footerReference w:type="first" r:id="rId11"/>
      <w:pgSz w:w="12240" w:h="15840"/>
      <w:pgMar w:top="936" w:right="1008" w:bottom="936"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BD95F" w14:textId="77777777" w:rsidR="00766DB1" w:rsidRDefault="00766DB1">
      <w:pPr>
        <w:spacing w:after="0" w:line="240" w:lineRule="auto"/>
      </w:pPr>
      <w:r>
        <w:separator/>
      </w:r>
    </w:p>
  </w:endnote>
  <w:endnote w:type="continuationSeparator" w:id="0">
    <w:p w14:paraId="77DC27BB" w14:textId="77777777" w:rsidR="00766DB1" w:rsidRDefault="0076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EAFF" w14:textId="77777777" w:rsidR="00AB3581" w:rsidRDefault="00000000">
    <w:pPr>
      <w:pStyle w:val="Footer"/>
      <w:jc w:val="center"/>
    </w:pPr>
    <w:r>
      <w:rPr>
        <w:color w:val="5A5A5A"/>
        <w:sz w:val="16"/>
      </w:rPr>
      <w:fldChar w:fldCharType="begin"/>
    </w:r>
    <w:r>
      <w:rPr>
        <w:color w:val="5A5A5A"/>
        <w:sz w:val="16"/>
      </w:rPr>
      <w:instrText xml:space="preserve"> PAGE </w:instrText>
    </w:r>
    <w:r w:rsidR="00E2695F">
      <w:rPr>
        <w:color w:val="5A5A5A"/>
        <w:sz w:val="16"/>
      </w:rPr>
      <w:fldChar w:fldCharType="separate"/>
    </w:r>
    <w:r w:rsidR="00E2695F">
      <w:rPr>
        <w:noProof/>
        <w:color w:val="5A5A5A"/>
        <w:sz w:val="16"/>
      </w:rPr>
      <w:t>2</w:t>
    </w:r>
    <w:r>
      <w:rPr>
        <w:color w:val="5A5A5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2B49" w14:textId="77777777" w:rsidR="00AB3581" w:rsidRDefault="00AB3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D1B78" w14:textId="77777777" w:rsidR="00766DB1" w:rsidRDefault="00766DB1">
      <w:pPr>
        <w:spacing w:after="0" w:line="240" w:lineRule="auto"/>
      </w:pPr>
      <w:r>
        <w:separator/>
      </w:r>
    </w:p>
  </w:footnote>
  <w:footnote w:type="continuationSeparator" w:id="0">
    <w:p w14:paraId="4FDEB004" w14:textId="77777777" w:rsidR="00766DB1" w:rsidRDefault="00766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BE5D" w14:textId="77777777" w:rsidR="00AB3581" w:rsidRDefault="00000000">
    <w:pPr>
      <w:pStyle w:val="Header"/>
      <w:pBdr>
        <w:bottom w:val="single" w:sz="4" w:space="3" w:color="D0D0D0"/>
      </w:pBdr>
      <w:jc w:val="right"/>
    </w:pPr>
    <w:r>
      <w:rPr>
        <w:b/>
        <w:color w:val="5A5A5A"/>
        <w:sz w:val="16"/>
      </w:rPr>
      <w:t>NEW LIFE CHRISTIAN ACADEMY  |  ATHLETIC HANDBOOK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E346" w14:textId="77777777" w:rsidR="00AB3581" w:rsidRDefault="00AB3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0121570">
    <w:abstractNumId w:val="8"/>
  </w:num>
  <w:num w:numId="2" w16cid:durableId="294877054">
    <w:abstractNumId w:val="6"/>
  </w:num>
  <w:num w:numId="3" w16cid:durableId="2136412480">
    <w:abstractNumId w:val="5"/>
  </w:num>
  <w:num w:numId="4" w16cid:durableId="107282896">
    <w:abstractNumId w:val="4"/>
  </w:num>
  <w:num w:numId="5" w16cid:durableId="28381689">
    <w:abstractNumId w:val="7"/>
  </w:num>
  <w:num w:numId="6" w16cid:durableId="328682845">
    <w:abstractNumId w:val="3"/>
  </w:num>
  <w:num w:numId="7" w16cid:durableId="716587552">
    <w:abstractNumId w:val="2"/>
  </w:num>
  <w:num w:numId="8" w16cid:durableId="386683508">
    <w:abstractNumId w:val="1"/>
  </w:num>
  <w:num w:numId="9" w16cid:durableId="122311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9DB"/>
    <w:rsid w:val="00326F90"/>
    <w:rsid w:val="00766DB1"/>
    <w:rsid w:val="00AA1D8D"/>
    <w:rsid w:val="00AB3581"/>
    <w:rsid w:val="00B47730"/>
    <w:rsid w:val="00CB0664"/>
    <w:rsid w:val="00E269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03CF6"/>
  <w14:defaultImageDpi w14:val="300"/>
  <w15:docId w15:val="{4C16A37A-BD47-9A4F-A478-998A9B1B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7"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b/>
      <w:bCs/>
      <w:color w:val="2D2D2D"/>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D2D2D"/>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2D2D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D2D2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ndbookSubtitle">
    <w:name w:val="Handbook Subtitle"/>
    <w:pPr>
      <w:spacing w:after="100"/>
    </w:pPr>
    <w:rPr>
      <w:rFonts w:ascii="Aptos" w:eastAsia="Aptos" w:hAnsi="Aptos"/>
      <w:b/>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Life Christian Academy Athletic Handbook</dc:title>
  <dc:subject>Athletic policies, expectations, sportsmanship, eligibility, communication, and acknowledgment</dc:subject>
  <dc:creator>New Life Christian Academy</dc:creator>
  <cp:keywords>athletics, handbook, student-athlete, sportsmanship, Christian education</cp:keywords>
  <dc:description>generated by python-docx</dc:description>
  <cp:lastModifiedBy>Latasha Vaughn</cp:lastModifiedBy>
  <cp:revision>2</cp:revision>
  <cp:lastPrinted>2026-09-04T18:13:00Z</cp:lastPrinted>
  <dcterms:created xsi:type="dcterms:W3CDTF">2026-09-04T18:14:00Z</dcterms:created>
  <dcterms:modified xsi:type="dcterms:W3CDTF">2026-09-04T18:14:00Z</dcterms:modified>
  <cp:category/>
</cp:coreProperties>
</file>